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3CoZm/90/2016 z 28. 2. 2017</w:t>
      </w:r>
    </w:p>
    <w:p>
      <w:r>
        <w:t>Rozsudok Krajského súdu Bratislava z 28. februára 2017, sp. zn. 3CoZm/90/2016, ECLI:SK:KSBA:2017:1514202625.2</w:t>
      </w:r>
    </w:p>
    <w:p>
      <w:r>
        <w:t>Súd: Krajský súd Bratislava</w:t>
      </w:r>
    </w:p>
    <w:p>
      <w:r>
        <w:t>Spisová značka: 3CoZm/90/2016</w:t>
      </w:r>
    </w:p>
    <w:p>
      <w:r>
        <w:t>ECLI: ECLI:SK:KSBA:2017:1514202625.2</w:t>
      </w:r>
    </w:p>
    <w:p>
      <w:r>
        <w:t>Dátum vydania: 28. 2. 2017</w:t>
      </w:r>
    </w:p>
    <w:p>
      <w:r>
        <w:t>Forma: Rozsudok</w:t>
      </w:r>
    </w:p>
    <w:p>
      <w:r>
        <w:t>Oblasť práva: Obchodné právo</w:t>
      </w:r>
    </w:p>
    <w:p>
      <w:pPr>
        <w:pStyle w:val="Heading2"/>
      </w:pPr>
      <w:r>
        <w:t>Text rozhodnutia</w:t>
      </w:r>
    </w:p>
    <w:p>
      <w:r>
        <w:t>Súd: Krajský súd Bratislava Spisová značka: 3CoZm/90/2016 Identifikačné číslo súdneho spisu: 1514202625 Dátum vydania rozhodnutia: 01. 03. 2017 Meno a priezvisko sudcu, VSÚ: JUDr. Elena Ondrišová ECLI: ECLI:SK:KSBA:2017:1514202625.2 ROZSUDOK V MENE SLOVENSKEJ REPUBLIKY Krajský súd v Bratislave v senáte zloženom z predsedníčky senátu JUDr. Eleny Ondrišovej a sudcov JUDr. Miroslavy Janečkovej a Mgr. Štefana Zelenáka v právnej veci navrhovateľa BENCONT INVESTMENTS, s.r.o., Vajnorská 100/A, Bratislava, IČO: 36 432 105, práv. zast. JUDr. Jozefom Boledovičom, advokátom, Úzka 578/4, Rovinka, proti odporcovi OTP Banka Slovensko, a.s., Štúrova 5, Bratislava, IČO: 31 318 916 o zaplatenie 2.267,90 EUR s príslušenstvom zo zmenky a o odvolaní odporcu proti rozsudku Okresného súdu Bratislava V v Bratislave č.k. 3CbZm 324/2014-117 zo dňa 22.6.2016, jednohlasne takto r o z h o d o l : Krajský súd v Bratislave rozsudok Okresného súdu Bratislava V v Bratislave č.k. 3CbZm 324/2014-117, zo dňa 22.6.2016 p o t v r d z u j e . Odporca je povinný zaplatiť na náhradu trov odvolacieho konania navrhovateľa sumu 91,29 EUR, k rukám právneho zástupcu navrhovateľa, do troch dní od právoplatnosti rozsudku. o d ô v o d n e n i e : Súd prvého stupňa napadnutým rozsudkom ponechal zmenkový platobný rozkaz č.k. 1Zm 65/2014-19 zo dňa 19.5.2014 v platnosti. O trovách konania rozhodol tak, že odporcovi uložil povinnosť zaplatiť navrhovateľovi náhradu trov konania vo výške 329,04 EUR, na účet právneho zástupcu navrhovateľa, všetko do troch dní od právoplatnosti rozsudku. V odôvodnení rozsudku súd prvého stupňa uviedol, že v čase rozhodovania súdu o námietkach už bolo s účinnosťou od 23.12.2015 zákonom č. 438/2015 Z.z. ustanovenie § 175 z O.s.p. vypustené. Zmenkový platobný rozkaz však bol odporcovi doručený do dňa účinnosti zákona č. 438/2015 Z. z., preto súd podľa prvej vety § 372y ods. 2 O.s.p. postupoval podľa doterajších predpisov. Konštatoval ďalej,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súd prvého stupňa vyhodnotil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31.7.2013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XXXX XXXX XX W. zo dňa 21.7.2005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II/2009-1907 zo dňa12.10.2009, ktorým bol I. A. zaviazaný, aby navrhovateľovi zaplatil istinu 849,03 EUR s úrokom 104,26 EUR, úrok vo výške 17,64% ročne zo sumy 783,64 EUR od 3.3.2007 do zaplatenia, úrok z omeškania 8 % ročne zo sumy 783,64EUR od 16.7. 2007 do zaplatenia a náhradu trov konania 247,13 EUR.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Štúrovo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LICITOR factoring,s.r.o., s ktorým 2.3.2007 uzavrel zmluvu o postúpení pohľadávok. Namietal, že absentuje kauza zmenky, lebo on podľa zmluvy za vymožiteľnosť postúpených pohľadávok nezodpovedá, takže spoločnosť LICITOR factoring s.r.o. by dnes nemohla spravodlivo žiadať plnenie z rovnakej zmenky, a ak u tejto spoločnosti absentuje kauza predmetnej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S.. T.,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5.7. zmluvy o postúpení pohľadávok z 18.12.2008 mal povinnosť postúpenie oznámiť nielen dlžníkom, ale aj tým, ktorí poskytli zabezpečenie. Účasť S.. N. T.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S.. T.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2.3.2007 uzavrel s LICITOR factoring, s.r.o., sa obdobné ustanovenie, podľa ktorého by postupník mal právo na vrátenie odplaty pre vady zmenky, nenachádzalo. Dokonca v čl. VII. ods. 3 je právo výslovne vylúčené vo vzťahu k zabezpečeniu postúpenej pohľadávky. Svedok S.. T.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 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v platnosti v celom rozsahu. O náhrade trov konania rozhodol súd prvého stupňa s poukazom na úspech navrhovateľa v konaní.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X.. W., či konateľa spoločnosti LICITOR factoring, s.r.o. S.. T.. Odporca prvostupňovému súdu vytkol, že v odôvodnení rozsudku súd len faktograficky skonštatoval, že z výpovede S.. T.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X.. W.,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S.. T. na rokovaní so zástupcami odporcu o zaplatení žalovaných zmeniek. Túto skutočnosť súd len neakceptovateľne zreprodukoval výpoveďou S.. T., ktorý uviedol, že nikdy s odporcom za navrhovateľa nerokoval. Odporca však zdôraznil, že S.. T. vo svojej výpovedi nehovoril o tom, že by s odporcom rokoval o zmenkách patriacich stále spoločnosti LICITOR factoring, s.r.o., o ktorých žiadne súdneho spory neprebiehajú, ale S.. T.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9.11.2016)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a priznal mu náhradu trov odvolacieho konania.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napadnutý rozsudok súdu prvého stupňa je vecne správny.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naLICITOR factoring, s.r.o..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XXXX XXXX XX W. zo dňa 21.7.2005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4.11.2016 k odvolaniu odporcu odmenu vo výške 91,29 EUR v zmysle § 10 ods. 1 a § 13a ods. 1 písm. c) vyhlášky MS SR č. 655/2004 Z. z. o odmenách a náhradách advokátov pri poskytovaní právnych služieb.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https://www.kauzis.sk/judikatura/r/ECLI:SK:KSBA:2017:1514202625.2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