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2CoZm/38/2017 z 4. 12. 2017</w:t>
      </w:r>
    </w:p>
    <w:p>
      <w:r>
        <w:t>Rozsudok Krajského súdu Bratislava z 4. decembra 2017, sp. zn. 2CoZm/38/2017, ECLI:SK:KSBA:2017:1514202779.2</w:t>
      </w:r>
    </w:p>
    <w:p>
      <w:r>
        <w:t>Súd: Krajský súd Bratislava</w:t>
      </w:r>
    </w:p>
    <w:p>
      <w:r>
        <w:t>Spisová značka: 2CoZm/38/2017</w:t>
      </w:r>
    </w:p>
    <w:p>
      <w:r>
        <w:t>ECLI: ECLI:SK:KSBA:2017:1514202779.2</w:t>
      </w:r>
    </w:p>
    <w:p>
      <w:r>
        <w:t>Dátum vydania: 4. 12. 2017</w:t>
      </w:r>
    </w:p>
    <w:p>
      <w:r>
        <w:t>Forma: Rozsudok</w:t>
      </w:r>
    </w:p>
    <w:p>
      <w:r>
        <w:t>Oblasť práva: Obchodné právo</w:t>
      </w:r>
    </w:p>
    <w:p>
      <w:pPr>
        <w:pStyle w:val="Heading2"/>
      </w:pPr>
      <w:r>
        <w:t>Text rozhodnutia</w:t>
      </w:r>
    </w:p>
    <w:p>
      <w:r>
        <w:t>Súd: Krajský súd Bratislava Spisová značka: 2CoZm/38/2017 Identifikačné číslo súdneho spisu: 1514202779 Dátum vydania rozhodnutia: 05. 12. 2017 Meno a priezvisko sudcu, VSÚ: JUDr. Oľga Bahníková ECLI: ECLI:SK:KSBA:2017:1514202779.2 ROZSUDOK V MENE SLOVENSKEJ REPUBLIKY Krajský súd v Bratislave v senáte zloženom z predsedníčky senátu JUDr. Oľgy Bahníkovej a členiek senátu JUDr. Ľubice Kriškovej a JUDr. Ľubice Břouškovej právnej veci žalobcu: BENCONT INVESTMENTS, s.r.o., Vajnorská 100/A, 831 04 Bratislava, IČO: 36 432 105, zast. advokátom JUDr. Jozef Boledovič, Úzka 578/4, Rovinka 900 41, proti žalovanému: OTP Banka Slovensko, a.s., Štúrova 5, 813 54 Bratislava, IČO: 31 318 916, v konaní o zaplatenie 1.830,25 Eur s príslušenstvom a odmenou 6,10 Eur zo zmenky, o odvolaní žalovaného proti rozsudku Okresného súdu Bratislava V č.k. 1CbZm/328/2014-182 zo dňa 30.1.2017, takto r o z h o d o l : Krajský súd v Bratislave rozsudok Okresného súdu Bratislava V č. k. 1CbZm/328/2014-182 zo dňa 30.01.2017 vo výroku, ktorým zmenkový platobný rozkaz ponechal v platnosti p o t v r d z u j e . Výrok, ktorým žalobcovi priznal nárok na náhradu trov konania z r u š u j e a v tejto časti vec v r a c i a súdu prvej inštancie na ďalšie konanie. o d ô v o d n e n i e : Okresný súd Bratislava V napadnutým rozsudkom 1CbZm/328/2014-182 zo dňa 30.1.2017 ponechal zmenkový platobný rozkaz č.k. 3Zm/116/2014-19 zo dňa 3.6.2014 v platnosti. Žalovanému uložil povinnosť zaplatiť žalobcovi náhradu trov konania. V odôvodnení súd uviedol, že návrhom doručeným súdu dňa 4.12.2014, žalobca žiadal, aby bol žalovaný zmenkovým platobným rozkazom zaviazaný zaplatiť mu zmenkovú sumu 1.830,25 Eur s úrokom 6% ročne z nej od 7.8.2013 do zaplatenia, zmenkovú odmenu 6,10 Eur a náhradu trov konania. Návrh žalobca odôvodnil tým, že na základe zmluvy o úvere poskytol žalovaný úver W. J., ktorý dlžník riadne a včas nesplácal. Následne žalovaný svoju pohľadávku postúpil spoločnosti BBF capital ,a.s., ktorá ju postúpila spoločnosti LICITOR factoring s.r.o., tá ju následne postúpila žalobcovi.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v deň, ktorý právo vykonal. Žalobca zaslal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Súd z prvopisu zmenky zistil, že W. J. v Košiciach dňa 28.06.2005 sa zaviazal zaplatiť bez protestu na rad žalovaného v Košiciach, u OTP Banka Slovensko, a.s., pobočka Košice, dňa 06.08.2013, zmenkovú sumu 1.830,25,- eur. Zmenka obsahuje všetky náležitosti predpísané v čl. I. § 75 zákona zmenkového a šekového č. 191/1950 Zb. pre vlastnú zmenku. Na jej rube sú zapísané tri indosamenty, prvý z 26.09.2006 na rad BBF capital, a.s., druhý z 26.09.2006 na rad LICITOR factoring, s.r.o. a tretí z 18.12.2008 na rad žalobcu. Súd poukázal na prvú vetu čl. I § 16 ods. 1, čl. I § 48 ods. 1 v spojení s § 77 ods. 1 zmenkového zákona a čl. I. § 47 ods. 1, ods. 2.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Žalovaný zmenku indosoval, a zodpovednosť za zaplatenie zmenky nevylúčil príslušnou doložkou, ani ďalšie indosovanie zmenky nezakázal. Výber dlžníka, od ktorého plnenie bude žiadať, ponecháva zmenkový zákon čl. I. § 47 ods. 2 len na vôľu majiteľa zmenky.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07.08.2013 upovedomil svojho indosanta LICITOR factoring, s.r.o. o odopretom zaplatení zmenky, upovedomenie mu bolo doručené dňa 12.08.2013.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3Zm/116/2014-19 zo dňa 03.04.2014 žalovaného zaviazal na zaplatenie.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Žalovaný len všeobecne poukázal nato, že žalobca mohol vykonať právo na vyplnenie blankozmenky už v čase postúpenia pohľadávky a teda 3-ročná premlčacia doba už uplynula a žalobca zmenku vyplnil až po jej uplynutí. Právo vyplniť blankozmenku sa premlčiava rovnako ako iné majetkové alebo nemajetkové práva, ktoré nie sú Občianskym zákonníkom alebo Obchodným zákonníkom určené ako nepremlčateľné.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Súd vykonal dokazovanie listinnými dôkazmi založenými v súdnom spise. So súhlasom účastníkov súd prevzal do súdneho spisu zápisnice z pojednávania v obdobnej veci, vedenej pod č.k. 1CbZm/39/2014, v ktorej bol dňa 18.11.2014 vypočutý svedok JUDr. H. Q., ktorý je štatutárnym zástupcom BBF capital, a.s. a tiež LICITOR factoring, s.r.o. a dňa 02.02.2015 bol vypočutý žalobca - konateľ Ing. E. S.. Žalovaný tiež navrhol vypočuť ako svedka vystaviteľa zmenky a však nakoľko skutočnosti, ktoré mali byť výsluchom svedka objasnené, už boli preukázané listinnými dôkazmi, súd dokazovanie ako nadbytočné nevykonal. Medzi účastníkmi nebolo sporné, že zmenka v čase kedy bola rubopisovaná na rad žalobcu, neobsahovala údaj o zmenkovej sume a dátume splatnosti. Chýbajúce údaje doplnil žalobca. Žalovaný namietol, že oprávnenie nemal a preto v zmysle čl. I. § 69 zmenkového zákona môže byť zaviazaný len podľa pôvodného textu. Námietku súd hodnotil ako nedôvodnú. Žalovaný bol priamym účastníkom dohody o vyplňovacom práve, a aj keď oprávnenie neudelil, musel pri indosovaní blankozmenky počítať s možnosťou, že neúplná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Súd poukázal na § 100 ods. 1, ods. 2 OZ a § 388 ods. 1 ObZ. Okresný súd v Bratislave rozsudkom č.k. 1CbZm/328/2014-182 zo dňa 30.01.2017 ponechal zmenkový platobný rozkaz č.k. 3Zm/116/2014-19 zo dňa 03.06.2014 v platnosti a uložil žalovanému povinnosť zaplatiť žalobcovi náhradu trov konania.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nedostatočne.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Ing. S. či konateľa spoločnosti LICITOR factoring, s.r.o. JUDr. Q.. Žalovaný poukázal na rozsudok NS ČR č.k. 29Cdo/799/2011 zo dňa 29. apríla 2013. Súd podľa žalovaného neposúdil dodatočne vierohodnosť výpovede konateľa žalobcu Ing. S. či konateľa LICITOR factoring, s.r.o. JUDr. Q.. Má zato, že výpoveď svedka JUDr. Q. v konaní č.k. 1CbZm/39/2014 preukázala, že žalobca pri nadobúdaní zmeniek, sa dopustil vedomého konania na škodu dlžníka. JUDr. Q. vo svojej výpovedi potvrdil, že skôr ako žalobca od spoločnosti LICITOR factoring, s.r.o. nadobudol zmenky a pohľadávky, štandardným spôsobom si preveril celú reťaz postúpenia úverových pohľadávok spätne až k žalovanému ako pôvodnému veriteľovi. Svedok JUDr. Q. viacnásobne potvrdil, že žalobca v tejto súvislosti oboznámený aj so Zmluvou o postúpení pohľadávok uzatvorenou medzi žalovaným a spoločnosťou LICITOR factoring, s.r.o.,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Žalovaný ďalej uviedol, že v praxi sú časté účelové viacnásobné indosamenty zmeniek, ktoré robia len preto, aby sa čo najviac oslabili kauzálne námietky zmenečne zaviazaných osôb. Práve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JUDr. Q.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Žalovaný má zato, že súd nepostupoval v súlade s § 132 O.s.p. keď ustanovenie vykladal len izolovane a nie aj vo vzájomnej súvislosti s výpoveďou Ing. S.,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JUDr. Q.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 3 OZ.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Žalovaný ďalej namietal, že súd prvej inštancie nerešpektoval rozhodnutie NS SR č.k. 2Obdo/19/2014, ktorým súd zrušil rozsudok Krajského súdu v Košiciach zo dňa 20. 09. 2013 č.k. 2CoZm/3/2013-166 a vec mu vrátil na ďalšie konanie v identickej skutkovej a právnej veci žalobcu proti žalovanému.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2Obdo/19/2014: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Žalovaný navrhuje odvolaciemu súdu, aby rozsudok č.k. 1CbZm/328/2014-182 zo dňa 30.01.2017 Okresného súdu Bratislava V zmenil a to tak, že zmenkový platobný rozkaz č.k. 3Zm/116/2014-19 zo dňa 03.06.2014 v plnom rozsahu zruší a zaviaže žalobcu zaplatiť žalovanému náhradu trov konania.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Žalobca uviedol, že sa ako nadobúdateľ zmenky na indosovaní zmenky žalovaným vôbec nepodieľal, nakoľko indosovanie zmenky žalovaným prebehlo v čase, keď žalobca majiteľom zmenky nebol a proces indosovania nemohol nijakým spôsobom ovplyvniť.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Žalobca poukázal na rozhodnutia č.k. 15CoZm/4/2012, č.k. 15CoZm/5/2012, č.k. 1CoZm/15/2012, 2CoZm/16/2012 a 3CoZm/5/2012. Žalobca navrhol odvolaciemu súdu, aby Rozsudok č.k. 1CbZm/328/2014-182 zo dňa 30.01.2017 Okresného súdu Bratislava V potvrdil, o návrhu na vyslovenie prípustnosti dovolania rozhodol, tak, že ho zamieta a zaviazal žalovaného zaplatiť žalobcovi náhradu trov odvolacieho konania. Krajský súd v Bratislave ako súd odvolací po zistení, že odvolanie bolo podané oprávnenou osobou - podal ho účastník konania (§ 201 O.s.p.), proti rozhodnutiu, proti ktorému je tento opravný prostriedok prípustný (§ 202 O.s.p.), v zákonom stanovenej lehote (§ 204 O.s.p.), preskúmal napadnutý rozsudok súdu prvého stupňa v medziach daných rozsahom a dôvodmi odvolania podľa § 212 ods. 1 O.s.p., bez nariadenia odvolacieho pojednávania podľa § 214 ods. 1 O.s.p., a dospel k záveru, že napadnuté rozhodnutie súdu prvého stupňa vo výroku, ktorým zmenkový platobný rozkaz ponechal v platnosti je vecne správne. Vo výroku, ktorým žalobcovi priznal náhradu trov konania má odvolací súd zato, že ho je potrebné zrušiť a v tejto časti vec vrátiť súdu prvej inštancie na ďalšie konania. Podľa § 471 ods.2 Civilného sporového poriadku (ďalej iba ,,CSP“) konania o zmenkovom platobnom rozkaze a šekovom platobnom rozkaze začaté predo dňom nadobudnutia účinnosti tohto zákona sa dokončia podľa doterajších predpisov. Ustanovenie § 471 ods. 2 CSP explicitne zakotvuje princíp, podľa ktorého sa konanie o zmenkovom platobnom rozkaze a šekovom platobnom rozkaze začaté za režimu Občianskeho súdneho poriadku dokončí podľa tohto režimu aj za účinnosti nového procesného režimu. Keďže inštitút zmenkového platobného rozkazu upravený v § 175 Občianskeho súdneho poriadku (OSP), bol z Civilného sporového poriadku vypustený, je potrebné aplikovať na toto konanie s poukazom na § 471 ods. 2 CSP starý procesný režim, a to podľa Odvolacieho súdu nie len na inštitút zmenkového platobného rozkazu ale aj na trovy konania v tomto konaní.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V súlade s § 11 ZZŠ každú zmenku, i keď nebola vystavená na rad, možno previesť indosamentom (rubopisom). V súlade s § 14 ods. 1 ZZŠ indosamentom sa prevádzajú všetky práva zo zmenky. V súlade s § 15 ods. 1 ZZŠ ak tu niet opačnej doložky, indosant zodpovedá za prijatie a zaplatenie zmenky.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 43 ods. 1 ZZŠ ak nebola zmenka zaplatená, môže majiteľ pri zročnosti zmenky vykonať postih proti indosantom, vystaviteľovi a iným osobám zmenečne zaviazaným.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Odvolací súd sa nestotožnil s odvolacou námietkou žalovaného, že vzhľadom na charakter zmenky ako zmenky spotrebiteľskej mu prislúcha ochrana pred zneužívaním spotrebiteľskej zmenky.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Z uvedených dôvodov odvolací súd rozsudok súdu prvého stupňa vo výroku, ktorým ponechal zmenkový platobný rozkaz č.k. 3Zm/116/2014-19 zo dňa 03.06.2014 v platnosti ako vecne správny v zmysle § 219 ods. 1, 2 O.s.p. potvrdil. Pokiaľ ide o návrh žalovaného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žalovaného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žalovaným v odvolaní na vyslovenie prípustnosti dovolania odvolacím súdom (uvedený pod písm. a)), a teda prípustnosť kauzálnych námietok podľa § 17 ZZŠ za okolností, keď podľa žalovaného žalobca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Pokiaľ ide o výrok súdu prvej inštancie o trovách konania v predmetnom rozsudku, odvolací súd dospel k záveru, že rozsudok je potrebné v tejto časti zrušiť a vrátiť vec súdu prvého stupňa na ďalšie konanie podľa § 221 ods. 1 písm. h) O.s.p. Odvolací súd tak rozhodol z dôvodu, že obchodnoprávne kolégium Krajského súdu v Bratislave sa zjednotilo na tom, že aj trovy konania v konaní o zmenkovom platobnom rozkaze po účinnosti Civilného sporového poriadku je v zmysle § 471 ods.2 CSP potrebné posudzovať v zmysle Občianskeho súdneho poriadku. Súd prvého stupňa teda bude musieť opätovne rozhodnúť o trovách konania podľa Občianskeho súdneho poriadku. Podľa § 224 ods.3 O.s.p. ak odvolací súd zruší rozhodnutie a ak vráti vec súdu prvého stupňa na ďalšie konanie, rozhodne o náhrade trov súd prvého stupňa v novom rozhodnutí o veci. V novom rozhodnutí o trovách konania rozhodne súd prvého stupňa i trovách odvolacieho konania v zmysle § 224 ods. 3 O.s.p. Uvedené rozhodnutie je výsledkom hlasovania odvolacieho senátu v pomere hlasov 3 : 0. Poučenie: Proti tomuto rozhodnutiu nie je prípustné odvolanie.</w:t>
      </w:r>
    </w:p>
    <w:p/>
    <w:p>
      <w:r>
        <w:t>Zdroj: KAUZIS.SK – https://www.kauzis.sk/judikatura/r/ECLI:SK:KSBA:2017:1514202779.2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