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3CoZm/6/2017 z 25. 4. 2017</w:t>
      </w:r>
    </w:p>
    <w:p>
      <w:r>
        <w:t>Rozsudok Krajského súdu Bratislava z 25. apríla 2017, sp. zn. 3CoZm/6/2017, ECLI:SK:KSBA:2017:1514202783.2</w:t>
      </w:r>
    </w:p>
    <w:p>
      <w:r>
        <w:t>Súd: Krajský súd Bratislava</w:t>
      </w:r>
    </w:p>
    <w:p>
      <w:r>
        <w:t>Spisová značka: 3CoZm/6/2017</w:t>
      </w:r>
    </w:p>
    <w:p>
      <w:r>
        <w:t>ECLI: ECLI:SK:KSBA:2017:1514202783.2</w:t>
      </w:r>
    </w:p>
    <w:p>
      <w:r>
        <w:t>Dátum vydania: 25. 4. 2017</w:t>
      </w:r>
    </w:p>
    <w:p>
      <w:r>
        <w:t>Forma: Rozsudok</w:t>
      </w:r>
    </w:p>
    <w:p>
      <w:r>
        <w:t>Oblasť práva: Obchodné právo</w:t>
      </w:r>
    </w:p>
    <w:p>
      <w:pPr>
        <w:pStyle w:val="Heading2"/>
      </w:pPr>
      <w:r>
        <w:t>Text rozhodnutia</w:t>
      </w:r>
    </w:p>
    <w:p>
      <w:r>
        <w:t>Súd: Krajský súd Bratislava Spisová značka: 3CoZm/6/2017 Identifikačné číslo súdneho spisu: 1514202783 Dátum vydania rozhodnutia: 26. 04. 2017 Meno a priezvisko sudcu, VSÚ: JUDr. Miroslava Janečková ECLI: ECLI:SK:KSBA:2017:1514202783.2 ROZSUDOK V MENE SLOVENSKEJ REPUBLIKY Krajský súd v Bratislave v senáte zloženom z predsedníčky senátu JUDr. Miroslavy Janečkovej a sudcov JUDr. Eleny Ondrišovej a Mgr. Štefana Zelenáka, v právnej veci navrhovateľa BENCONT INVESTMENTS, s.r.o., Vajnorská 100/A, Bratislava, IČO: 36 432 105, práv. zast.: JUDr. Jozefom Boledovičom, advokátom, Úzka 578/4, Rovinka, proti odporcovi OTP Banka Slovensko, a.s., Štúrova 5, Bratislava, IČO: 31 318 916, o zaplatenie sumy 1.913,76 EUR s príslušenstvom zo zmenky a o odvolaní odporcu proti rozsudku Okresného súdu Bratislava V v Bratislave č.k. 3CbZm 303/2014-142 zo dňa 23.6.2016, jednohlasne takto r o z h o d o l : Krajský súd v Bratislave rozsudok Okresného súdu Bratislava V v Bratislave č.k. 3CbZm 303/2014-142 zo dňa 23.6.2016 p o t v r d z u j e . Odporca je povinný zaplatiť na náhradu trov odvolacieho konania navrhovateľa sumu 81,33 EUR, k rukám právneho zástupcu navrhovateľa, do troch dní od právoplatnosti rozsudku. o d ô v o d n e n i e : Súd prvého stupňa napadnutým rozsudkom ponechal zmenkový platobný rozkaz č.k. 4Zm 59/2014-19 zo dňa 28.4.2014 v platnosti. O trovách konania rozhodol tak, že odporcovi uložil povinnosť zaplatiť navrhovateľovi náhradu trov konania, ktoré nasledovalo po vydaní zmenkového platobného rozkazu vo výške 107,24 EUR, do troch dní od právoplatnosti rozsudku. V odôvodnení rozsudku súd prvého stupňa uviedol, že výsledkami vykonaného dokazovania mal za preukázané, že na základe zmluvy o úvere poskytol odporca X. D. úver, ktorý dlžník riadne a včas nesplácal. Ďalej mal za preukázané, že odporca následne pohľadávku postúpil spoločnosti BBF capital a.s. a tá ju postúpila spoločnosti LICITOR factoring s.r.o., ktorá ju na základe zmluvy o postúpení pohľadávok z 18.12.2008 postúpila jemu. Konštatoval, že zmenka obsahuje všetky náležitosti predpísané v čl. I. § 75 zmenkového zákona pre vlastnú zmenku. Na jej rube sú zapísané tri indosamenty, prvý z 26.9.2006 na rad BBF capital, a.s., druhý tiež z 26.9.2006 na rad LICITOR factoring, s.r.o. a tretí z 18.12.2008 na rad navrhovateľa. Navrhovateľ predložením prvopisu zmenky, ktorá bola rubopisom prevedená na jeho rad, preukázal, že je riadnym majiteľom zmenky. Odporca zmenku indosoval, a keďže zodpovednosť za zaplatenie zmenky nevylúčil príslušnou doložkou, ani ďalšie indosovanie zmenky nezakázal (čl. I. § 15 zmenkového zákona), je podľa čl. I. § 47 ods. 1 zmenkového zákona spolu s vystaviteľom a s ostatnými indosantmi zaviazaný majiteľovi rukou spoločnou a nerozdielnou. Výber dlžníka, od ktorého bude plnenie žiadať, ponecháva zmenkový zákon v čl. I. § 47 ods. 2 len na vôľu majiteľa zmenky. Pre zachovanie postihových práv zo zmenky s doložkou „bez protestu“ proti nepriamym dlžníkom, ktorými sú aj indosanti, je v zmysle čl. I. § 45 ods. 1 zmenkového zákona majiteľ povinný dať správu o odopretom zaplatení svojmu indosantovi a vystaviteľovi do štyroch pracovných dní po predložení zmenky na platenie. Z listinných dôkazov, ktoré boli pripojené k návrhu, súd zistil, že navrhovateľ prostredníctvom svojho právneho zástupcu listom z 6.8.2013 upovedomil svojho indosanta LICITOR factoring, s.r.o. o odopretom zaplatení zmenky, upovedomenie mu bolo doručené 8.8.2013. Správu o nezaplatení poslal navrhovateľ aj vystaviteľovi zmenky. Podľa názoru súdu tak urobil nadbytočne. Súd uviedol, že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Ako nedôvodnú hodnotil súd námietku odporcu, že navrhovateľ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Konštatoval,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Uviedol, že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Konštatoval, že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dôvodnú nepovažoval ani ďalšiu námietku že dohoda o vyplňovacom práve k zmenke je absolútne neplatná pre neurčitosť v identifikácii blankozmenky, v dôsledku čoho nevedno, v ktorej zmenke bol navrhovateľ oprávnený doplniť chýbajúce údaje. Uviedol,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Konštatoval, preto, že nie je preto nevyhnutné vždy popísať všetky údaje, ktoré listina obsahuje, ak iný spôsob jej označenia nevzbudzuje vážnejšie pochybnosti o tom, v ktorej listine majú byť chýbajúce údaje vyplnené. Poukázal na to, že dohodu o vyplňovacom práve k zmenke uzavrel odporca ako zmenkový veriteľ s vystaviteľom zmenky ako zmenkovým dlžníkom dňa 10.10.2005. Podľa článku I. ods. 1 vystavil zmenkový dlžník v prospech zmenkového veriteľa zmenku, ktorá neobsahuje údaj o zmenkovej sume a dátume splatnosti. Napriek tomu, že účastníci dohody v čl. I. ods. 1 dohody neidentifikovali blankozmenku údajmi o dátume a mieste vystavenia, platobným miestom a domicilom, ktoré nepodliehali vyplňovaciemu právu, vyslovil názor, že nie je možné považovať popis blankozmenky za neurčitý. Prihliadnuť je potrebné k obsahu dohody ako celku, z ktorého jednoznačne vyplýva, kto zmenku vystavil, v prospech koho bola vystavená a aký kauzálny vzťah je ňou zabezpečený.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Poukázal tiež na to, že z rozhodovacej činnosti je súdu známe, že odporca dohodu o vyplňovacom práve k zmenke s rovnakým obsahom používal opakovane pri zabezpečovaní svojich úverových pohľadávok. Dôvodný je preto záver, že dohodu on koncipoval a v tom čase považoval identifikáciu blankozmenky v dohode za dostatočne určitú. Súd námietku premlčania tak zmenkového nároku ako aj námietku premlčania vyplňovacieho oprávnenia posúdil ako nedôvodnú. Poukázal na § 100 ods. 2 OZ, podľa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Námietka premlčania musí byť uplatnená len v tom súdnom konaní, v ktorom sa právo vykonáva. Vyplňovacie právo navrhovateľa zaniklo skôr, než sa toto súdne konanie začalo (právo sa skonzumovalo). Vyslovil názor, že možnosť dovolať sa premlčania práva, ktoré zaniklo predtým, než sa dlžník premlčania dovolal, ostáva viac-menej v rovine teoretickej, keďže už niet práva, ktoré by súd nemohol veriteľovi priznať. Konštatoval, že sa vyplnením chýbajúcich údajov sa listina stala riadnou zmenkou spätne ku dňu jej vystavenia, ako 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05.08.2013 a navrhovateľ návrh na vydanie zmenkového platobného rozkazu na súd podal dňa 04.02.2014, teda v zákonnej trojročnej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uviedol,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Zmenkou zabezpečovaná pohľadávka je v čl. I ods. 2 dohody o vyplňovacom práve k zmenke definovaná ako pohľadávka a jej príslušenstvo, vyplývajúca zo zmluvy o spotrebnom úvere pre obyvateľstvo č. 0073 3015 05 RSU zo dňa 10.10.2005 alebo z odstúpenia od nej. Navrhovateľ bol preto oprávnený doplniť do blankozmenky nielen dlžnú úverovú istinu, ale aj jej príslušenstvo, ktorým sú v zmysle § 121 ods. 3 OZ úroky, úroky z omeškania a náklady spojené s jej uplatnením. Súd konštatoval, že týmto rozsudkom odporca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aj ďalšiu námietku, že navrhovateľ v zmysle čl. I. § 53 ods. 1 zmenkového zákona stratil voči nemu zmenkové práva tým, že nepreukázal predloženie zmenky vystaviteľovi na platenie. Zmenku splatnú v určitý deň musí podľa čl. I. § 38 ods. 1 zmenkového zákona majiteľ predložiť na platenie v platobný deň alebo v jeden z dvoch nasledujúcich pracovných dní. V tomto prípade bola zmenka splatná v pobočke OTP Banky Slovensko, a.s., Nitra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Uviedol, že majiteľ vlastnej zmenky by stratil postihové práva proti nepriamym dlžníkom len vtedy, ak by zmenku v lehotách uvedených v čl. I. § 38 ods.1 zmenkového zákona nepredložil vystaviteľovi na platenie. Navrhovateľ preukázal, že lehoty dodržal, preto bez ohľadu na to, že sa vystaviteľ o prezentovaní zmenky z vlastnej viny nedozvedel,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Poukázal na to, že z hľadiska zachovania práv je relevantné len to, že navrhovateľ v zákonom určenej lehote zmenku na platenie v mieste platenia predložil a priamy dlžník zmenku nezaplatil. Za rozhodujúce považoval odporca kauzálne námietky, vyplývajúce z jeho vlastného vzťahu k prvému indosatárovi BBF capital, a.s., s ktorým 26.9.2006 uzavrel zmluvu o postúpení pohľadávok. Namietol, že absentuje kauza zmenky, lebo on podľa zmluvy za vymožiteľnosť postúpených pohľadávok nezodpovedá, takže spoločnosť BBF capital, a.s. by dnes nemohla spravodlivo žiadať plnenie z rovnakej zmenky, a ak u BBF capital, a.s. absentuje kauza tejto zmenky, musí záver o absencii kauzy zmenky platiť aj pre nárok uplatnený navrhovateľom. Ďalej súd prvého stupňa vyslovil názore, že skutočnosť, že navrhovateľ pri nadobúdaní zmeniek vedel, že on za vymoženie kauzálnych pohľadávok nezodpovedá, vyplýva podľa odporcu už z návrhu na vydanie zmenkového platobného rozkazu, v ktorom navrhovateľ opisuje pôvod pohľadávok. O tom, že navrhovateľ bol oboznámený s obsahom zmluvy o postúpení, ktorú uzavrel s BBF capital, a.s., svedči bod 5.6. zmluvy o postúpení pohľadávok, ktorú navrhovateľ uzavrel so spoločnosťou LICITOR factoring, s.r.o. dňa 18.12.2008 a v ktorom navrhovateľ prehlásil, že je .. „plne oboznámený s povahou, stavom a pôvodom týchto pohľadávok a zabezpečením (ak také je), ktoré sa na tieto pohľadávky vzťahuje“. Rovnako táto skutočnosť vyplynula aj z výpovedí navrhovateľa a svedka, ktorí zhodne potvrdili, že navrhovateľ si dal urobiť pred kúpou pohľadávok a zmeniek právny audit, ktorým overoval platnosť predchádzajúcich postúpení pohľadávok. Hlavným predmetom podnikania navrhovateľa aj spoločnosti LICITOR factoring, s.r.o. je vymáhanie pohľadávok, nepochybne si teda pred nadobudnutím zmeniek a úverových pohľadávok dôkladne overili celé ich právne pozadie, vrátane zmluvy, ktorú on uzavrel s BBF capital, a.s. Poukázal na to, že z bodu 4.2. zmluvy o postúpení z 18.12.2008, v ktorom si navrhovateľ vymienil, že ak so zmenkami na súde neuspeje (v skutočnosti sa v bode 4.2 zmluvy neúspech na súde nespomína), môže žiadať vrátenie celej zaplatenej odplaty, odporca vyvodil, že hlavným predmetom obchodu boli pre navrhovateľa len zmenky, úverové pohľadávky bez zmeniek boli preňho bezcenné. Domnieval sa, že navrhovateľ nemal dôvod podmieňovať celú odplatu za postúpené úverové pohľadávky perfektnosťou zmeniek, ak by mienil zmenky uplatniť voči úverovým dlžníkom, z čoho je zrejmé, že od počiatku zamýšľal zmenky použiť iba voči nemu. Tým, že navrhovateľ sám priznal, že zmenky uplatňuje len v tých prípadoch, v ktorých sa mu ani cestou exekúcie nepodarilo od dlžníka vymôcť úverovú pohľadávku, považoval odporca za preukázané, že za uplatnením zmenky navrhovateľ nevidí formálny garančný účinok indosamentu, ale kauzu spočívajúcu v jeho zodpovednosti za nevymožiteľnosť úverových pohľadávok, t. j. kauzu, o ktorej od počiatku vedel, že voči nemu neexistuje. Dôkazom o tom, že navrhovateľ od počiatku mienil zmenky uplatniť iba voči nemu, sú aj formálne vykonávané zachovávacie úkony, čisto formálny spôsob, ktorým sa navrhovateľ snažil predložiť zmenku vystaviteľovi na platenie, hoci vedel, že sa vystaviteľ o dátume splatnosti nedozvedel (v skutočnosti dlžník si predmetnú výzvu prevzal dňa 17.7.2013). V súvislosti s tým súd prvého stupňa skonštatoval, že vedomé konanie indosatára na škodu dlžníka pri nadobúdaní zmenky je subjektívny vzťah nového majiteľa k prevodu zmenky.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Súhlasiť treba s odporcom, že nadobúdateľ nemusí mať priamy úmysel škodu dlžníkovi spôsobiť, ale postačí, že vie, že mu škodu spôsobiť môže a pre prípad, že sa tak stane, je s tým uzrozumený. Poukázal na to, že v prípade žalovanej zmenky bol primárne zmenkou zabezpečený záväzok dlžníka zo zmluvy o úvere. Vykonaným dokazovaním bolo preukázané, že navrhovateľ sa pri nadobúdaní zmenky s kauzálnou pohľadávkou oboznámil, poznal jej povahu, stav a pôvod, včítane zabezpečenia, ktoré sa na pohľadávku vzťahovalo (vyplýva to napr. aj z bodu 5.6. zmluvy o postúpení pohľadávok z 18.12.2008).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Vykonané dôkazy hodnotil súd podľa zásad uvedených v § 132 OSP, a to každý dôkaz jednotlivo a všetky dôkazy v ich vzájomnej súvislosti. Z takto vykonaného dokazovania nevyplynulo, že navrhovateľ v okamihu indosovania zmeniek vedel, že zmenky môže využiť na škodu odporcu a že práve s týmto úmyslom ich nadobudol. Navrhovateľ (jeho konateľ)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Súd vyslovil ďalej názore, že z výpovede JUDr. P. v konaní vedenom na tunajšom súde 1CbZm 39/2014, ani z výpovede navrhovateľa nevyplynulo, že by si v čase indosovania zmeniek niektorý z nich uvedomoval, že odporca príslušnou doložkou na zmenke nevylúčil svoju zodpovednosť za jej zaplatenie, čím de iure poskytol zabezpečenie. Skutočnosť, že postupca nepovažoval odporcu za osobu, ktorý poskytol zabezpečenie, je zrejmá aj z toho, že ho o postúpení písomne neupovedomil (resp. odporca netvrdil a ani nepreukázal, že by mu oznámenie zaslal), hoci podľa bodu 5.7. zmluvy o postúpení pohľadávok z 18.12.2008 mal povinnosť postúpenie oznámiť nie len dlžníkom, ale aj tým, ktorí poskytli zabezpečenie. Účasť JUDr. Petra P.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je preto logická napriek tomu, že ani jedna z obchodných spoločností zatiaľ zmenky proti odporcovi neuplatnila. JUDr. Tonhauser výslovne uviedol, že nikdy s odporcom za navrhovateľa nerokoval.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nepovažoval rozhodnutie odpredať pohľadávky so stratou 1% za nepochopiteľné. Treba uviesť, že aj odporca postupoval pohľadávky so stratou, za odplatu vo výške 26% z hodnoty pohľadávok ku dňu ich postúpenia. Vyslovil názor, že nie je možné z ustanovenia bodu 4.2. zmluvy o postúpení pohľadávok zo dňa 18.12.2008 jednoznačne vyvodiť, že pre navrhovateľa boli hlavným predmetom obchodu iba zmenky, ktoré od počiatku zamýšľal použiť jedine voči odporcovi. Na základe bodu 4.2. zmluvy o postúpení z 18.12.2008 mal navrhovateľ nárok na zľavu vo výške odplaty v prípade, ak sa preukáže, že zabezpečovacie prostriedky, ktoré vznikli za účelom zabezpečenia postúpených pohľadávok, nie sú spôsobilé v zmysle zákona č. 191/1950 Zb., prípadne v zmysle iných všeobecne záväzných právnych predpisov alebo ak všeobecne záväzné predpisy postúpenie práv a povinností z postúpenej zmenky, resp. iného zabezpečovacieho prostriedku a/alebo úkonu vylučujú.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V zmluve o postúpení, ktorú odporca 26.9.2006 uzavrel s BBF capital, a.s., sa obdobné ustanovenie, podľa ktorého by postupník mal právo na vrátenie odplaty pre vady zmenky, nenachádza. Dokonca v čl. VII. ods. 3 je právo výslovne vylúčené vo vzťahu k zabezpečeniu postúpenej pohľadávky. Svedok JUDr. P. však uviedol, že pohľadávky, ktoré im odporca postúpil bez zmeniek, mu vracali a o vrátení sa robili protokoly. Odporca toto tvrdenie nerozporoval. Konštatoval preto, že nie je vylúčené, že obsah bodu 4.2. zmluvy o postúpení z 18.12.2008 len reflektoval skúsenosti postupcu z jeho minulých vzťahov s odporcom. Je pravdou, že navrhovateľ nepoužil zmenky v súdnom konaní pri vymáhaní úverových pohľadávok od úverových dlžníkov, samotnú túto skutočnosť však nie je možné považovať za úmysel navrhovateľa od počiatku zmenky uplatniť výlučne len proti odporcovi. Navrhovateľ dostatočne vysvetlil, prečo takýto postup zvolil. Treba však uviesť, že ani v prípade, ak by navrhovateľ hneď po nadobudnutí uplatnil zmenky voči vystaviteľom, nič by mu nebránilo, aby dodatočne v súdnom konaní zaplatenie žiadal aj od odporcu (čl. I. § 47 ods. 2 a 4 zmenkového zákona). Pri hodnotení, či sú splnené podmienky pre uplatnenie kauzálnych námietok v zmysle čl. I. § 17 zmenkového zákona, vyslovil názor, že je rozhodujúci úmysel indosatára nadobudnúť zmenku na škodu dlžníka. Nadobúdateľ teda už v čase indosovania musí vedieť nielen to, aké sú kauzálne súvislosti zmenky, ale vedomosť musí mať aj o konkrétnych námietkach, ktoré sa dlžníkovi z kauzálneho vzťahu ponúkajú. Uviedol, že na základe skúseností z rozhodovacej činnosti súd nemal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Navrhovateľ tvrdil, že v čase indosovania zmeniek ešte nevedel, že nenapísaním príslušnej doložky odporca svoju zodpovednosť za zaplatenie zmeniek nevylúčil, a keďže ani z ostatných vykonaných dôkazov opak nevyplynul, nie je namieste tvrdenie, že konal pri nadobúdaní zmeniek vedome na škodu odporcu. V súvislosti s tým súd uviedol, že nedbanlivosť navrhovateľa, dokonca ani jeho hrubá nedbanlivosť, spočívajúca v tom, že pri vynaložení patričného úsilia mohol už pri nadobúdaní zmeniek zistiť, že odporca je nepriamym zmenkovým dlžníkom, nepostačuje. Kauzálne námietky preto nie sú prípustné. Ďalej súd prvého stupňa uviedol,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ako najvšeobecnejší základ záväzkových vzťahov. Obchodný zákonník upravuje iba užší okruh vzťahov, najmä súvisiacich s podnikaním, na práva a záväzky zo zmenky sa preto ako všeobecný predpis uplatní len vtedy, ak určitú otázku nerieši zmenkový zákon ani Občiansky zákonník. Konštatoval, že posúdiť zmenkovo-právny vzťah podľa ustanovenia § 3 OZ, resp. § 265 ObZ by preto bolo možné jedine v prípade, ak by zmenkový zákon neobsahoval výslovnú úpravu, ktorou sa zneužitie práva sankcionuje. Uviedol, že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Vedomé konanie na škodu dlžníka, za ktoré je treba považovať aj dôvody, ktorými odporca odôvodnil námietku výkonu práva v rozpore so zásadami ekvity, je podľa čl. I. § 17 zmenkového zákona právne významné len v prípade, ak týmto spôsobom majiteľ zmenky konal pri jej nadobúdaní. Prípadné zneužitie práva, ku ktorému došlo neskôr, už nemá na povinnosť dlžníka zmenku zaplatiť žiaden vplyv. Vyslovil názor, že vzhľadom na to, že zmenkový zákon ochranu dlžníka rieši vyčerpávajúcim spôsobom, nie je možné jeho ustanovenia vykladať extenzívne, ani posudzovať práva majiteľa zmenky a povinnosti zmenkového dlžníka podľa ustanovení všeobecného predpisu. Pokiaľ by súd nepriznal navrhovateľovi právo zo zmenky jedine preto, že z dôvodov vyplývajúcich z mimozmenkových vzťahov by posúdil jeho postup nasledujúci po nadobudnutí zmenky ako šikanózny výkon práva, zámerne smerujúci k poškodeniu odporcu, v skutočnosti by týmto postupom porušil kogentnú úpravu, vyplývajúcu z čl. I. § 17 zmenkového zákona. Pravdou je,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záverečnom vyjadrení odporca ešte poukázal na rozhodnutie NSSR sp.zn. 2Obdo/19/2014 zo dňa 29.10.2015, ktorý rozhodoval v obdobnej veci a ktorý zrušil rozsudok Krajského súdu z dôvodu, že odôvodnenie jeho rozhodnutia nezodpovedá požiadavkám kladeným na riadne odôvodnenie súdneho rozhodnutia. Tiež poukázal na to, že predmetná zmenka sa javí ako „spotrebiteľská“ a súdy sa nezaoberali a nezdôvodnili či je platná. V tejto súvislosti súd poukázal na to, že v predmetnom konaní nie je ani jeden z účastníkov spotrebiteľom v zmysle zak. č. 250/2007 Z.z. na ochranu spotrebiteľa, a odporcu nie je možné považovať za slabšiu stranu, ani pomer účastníkov sa nedá považovať za nerovnovážny. Zmenka v predmetnom prípade bola vystavená v roku 2005 a až zákonom č. 129/2010 Z.z., účinným od 1.1.2011 bolo neprípustné zabezpečenie uspokojenia pohľadávky alebo splnenie záväzku zo spotrebiteľskej zmluvy zmenkou. Nie je preto namieste posúdiť neplatnosť zmenky z pohľadu čl. III., § 3a zmenkového zákona. Z uvedeného vyplýva, že zmenka z formálno-právneho hľadiska je platná, má všetky náležitosti predpísané v čl. I. § 75 zmenkového zákona. Súd tiež poukazuje na to, že v predmetnom prípade zaviazanosť odporcu zo zmenky nevznikla v súvislosti so spotrebiteľskou zmluvou ( ust. § 17 zmenkového zákona, účinného od 23.12.2015), ale v súvislosti s garančným účinkom indosamentu. Zdôraznil, že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Uzavrel, že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Táto abstraktnosť sa prejavuje v tom, že je to odporca, ktorý musí prípadné námietky vzniesť a musí tiež ich oprávnenosť jednoznačne preukázať. Ani jednu zo skutočností tvrdených v námietkach proti zmenkovému platobnému rozkazu odporca nepreukázal, preto k nim nebolo možné z hľadiska zmenkoprávneho prihliadnuť. Odporcovi sa nepodarilo preukázať, že by jeho povinnosť poskytnúť navrhovateľovi plnenie zo zmenky z dôvodov uvedených v námietkach v celom rozsahu, alebo čiastočne zanikla, preto súd ponechal zmenkový platobný rozkaz proti nim v platnosti v celom rozsahu. O náhrade trov konania súd rozhodol podľa § 142 ods. 1 O.s.p. a s poukazom na vznik trov na právnom zastúpení.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Ing. O., či konateľa spoločnosti LICITOR factoring, s.r.o. JUDr. P.. Odporca prvostupňovému súdu vytkol, že v odôvodnení rozsudku súd len faktograficky skonštatoval, že z výpovede JUDr. P.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Ing. O.,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JUDr. P. na rokovaní so zástupcami odporcu o zaplatení žalovaných zmeniek. Túto skutočnosť súd len neakceptovateľne zreprodukoval výpoveďou JUDr. P., ktorý uviedol, že nikdy s odporcom za navrhovateľa nerokoval. Odporca však zdôraznil, že JUDr. P. vo svojej výpovedi nehovoril o tom, že by s odporcom rokoval o zmenkách patriacich stále spoločnosti LICITOR factoring, s.r.o., o ktorých žiadne súdneho spory neprebiehajú, ale JUDr. P.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 BBF capital a.s..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007 330 1505 RSU zo dňa 10.10.2005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odporcom v odvolaní na vyslovenie prípustnosti dovolania odvolacím súdom (uvedený pod písm. a/),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odporcu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 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4.11.2016 k odvolaniu odporcu odmenu vo výške 81,33 EUR v zmysle § 10 ods. 1 a § 13a ods. 1 písm. c) vyhlášky MS SR č. 655/2004 Z. z. o odmenách a náhradách advokátov pri poskytovaní právnych služieb a právnom zastupovaní navrhovateľa vo vyúčtovanej výške. Poučenie: Proti tomuto rozhodnutiu odvolanie nie je prípustné. Ak nebude povinnosť uložená týmto rozsudkom dobrovoľne splnená, môže sa jej splnenia oprávnený domáhať výkonom exekúcie podľa osobitného predpisu.</w:t>
      </w:r>
    </w:p>
    <w:p/>
    <w:p>
      <w:r>
        <w:t>Zdroj: KAUZIS.SK – https://www.kauzis.sk/judikatura/r/ECLI:SK:KSBA:2017:1514202783.2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