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3CoZm/20/2017 z 16. 5. 2017</w:t>
      </w:r>
    </w:p>
    <w:p>
      <w:r>
        <w:t>Rozsudok Krajského súdu Bratislava z 16. mája 2017, sp. zn. 3CoZm/20/2017, ECLI:SK:KSBA:2017:1514202786.2</w:t>
      </w:r>
    </w:p>
    <w:p>
      <w:r>
        <w:t>Súd: Krajský súd Bratislava</w:t>
      </w:r>
    </w:p>
    <w:p>
      <w:r>
        <w:t>Spisová značka: 3CoZm/20/2017</w:t>
      </w:r>
    </w:p>
    <w:p>
      <w:r>
        <w:t>ECLI: ECLI:SK:KSBA:2017:1514202786.2</w:t>
      </w:r>
    </w:p>
    <w:p>
      <w:r>
        <w:t>Dátum vydania: 16. 5. 2017</w:t>
      </w:r>
    </w:p>
    <w:p>
      <w:r>
        <w:t>Forma: Rozsudok</w:t>
      </w:r>
    </w:p>
    <w:p>
      <w:pPr>
        <w:pStyle w:val="Heading2"/>
      </w:pPr>
      <w:r>
        <w:t>Text rozhodnutia</w:t>
      </w:r>
    </w:p>
    <w:p>
      <w:r>
        <w:t>Súd: Krajský súd Bratislava Spisová značka: 3CoZm/20/2017 Identifikačné číslo súdneho spisu: 1514202786 Dátum vydania rozhodnutia: 17. 05. 2017 Meno a priezvisko sudcu, VSÚ: JUDr. Elena Ondrišová ECLI: ECLI:SK:KSBA:2017:1514202786.2 ROZSUDOK V MENE SLOVENSKEJ REPUBLIKY Krajský súd v Bratislave v senáte zloženom z predsedníčky senátu JUDr. Eleny Ondrišovej a sudcov JUDr. Miroslavy Janečkovej a Mgr Štefana Zelenáka v právnej veci žalobcu BENCONT INVESTMENTS, s.r.o., Vajnorská 100/A, Bratislava, IČO: 36 432 105, práv. zast.: JUDr. Jozefom Boledovičom, advokátom, Úzka 578/4, Rovinka, proti žalovanému OTP Banka Slovensko, a.s., Štúrova 5, Bratislava, IČO: 31 318 916, o zaplatenie 4.736,27 EUR s príslušenstvom zo zmenky a o odvolaní odporcu proti rozsudku Okresného súdu Bratislava V v Bratislave č.k. 1CbZm /371/2014-179 zo dňa 18.7.2016, jednohlasne takto r o z h o d o l : Krajský súd v Bratislave rozsudok Okresného súdu Bratislava V v Bratislave č.k. 3CbZm 397/2014-128, zo dňa 18.7.2016 p o t v r d z u j e . Žalovaný je povinný zaplatiť na náhradu trov odvolacieho konania žalobcu sumu 170,97 EUR, k rukám právneho zástupcu žalobcu, do troch dní od právoplatnosti rozsudku. o d ô v o d n e n i e : Súd prvého stupňa napadnutým rozsudkom ponechal zmenkový platobný rozkaz č.k. 5Zm 40/2014-19 zo dňa 19.5.2014 v platnosti. O trovách konania rozhodol tak, že žalovanému uložil povinnosť zaplatiť žalobcovi náhradu trov konania vo výške 430,69 EUR, k rukám jeho právneho zástupcu, všetko do troch dní od právoplatnosti rozsudku. V odôvodnení uviedol, že v čase rozhodovania súdu o námietkach už bolo s účinnosťou od 23.12.2015 zákonom č. 438/2015 Z.z. ustanovenie § 175 z O.s.p. vypustené. Zmenkový platobný rozkaz však bol žalovanému doručený do dňa účinnosti zákona č. 438/2015 Z. z., preto súd podľa prvej vety § 372y ods. 2 O.s.p. postupoval podľa doterajších predpisov. Konštatoval ďalej, že medzi účastníkmi nebolo sporné, že zmenka v čase, kedy bola rubopisovaná na rad žalobcu, neobsahovala údaj o zmenkovej sume a dátume splatnosti. Chýbajúce údaje doplnil žalobca na základe dohody o vyplňovacom práve k zmenke, ktorú vystaviteľ uzavrel so žalovaným. Ako nedôvodnú súd prvého stupňa vyhodnotil námietku žalovaného, že žalobca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Vyslovil názor,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nedôvodnú označil aj ďalšiu námietku odporcu, ktorý označil za absolútne neplatnú dohodu o vyplňovacom práve k zmenke pre neurčitosť v identifikácii blankozmenky, v dôsledku čoho nevedno, v ktorej zmenke bol navrhovateľ oprávnený doplniť chýbajúce údaje. Súd prvého stupňa konštatoval,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Nie je preto nevyhnutné vždy popísať všetky údaje, ktoré listina obsahuje, ak iný spôsob jej označenia nevzbudzuje vážnejšie pochybnosti o tom, v ktorej listine majú byť chýbajúce údaje vyplnené. Vyslovil názor, že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Konštatoval preto, že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Ďalej poukázal na to, že z rozhodovacej činnosti je súdu známe, že odporca dohodu o vyplňovacom práve k zmenke s rovnakým obsahom používal opakovane pri zabezpečovaní svojich úverových pohľadávok. Dôvodný je preto záver, že to bol odporca, ktorý dohodu koncipoval a v tom čase považoval identifikáciu blankozmenky v dohode za dostatočne určitú.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 100 ods. 2 OZ, v zmysle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Vyplnením chýbajúcich údajov sa listina stala riadnou zmenkou spätne ku dňu jej vystavenia, akoby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2.8.2013 a navrhovateľ návrh na vydanie zmenkového platobného rozkazu na súd podal dňa 4.2.2014, teda v zákonnej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súd prvého stupňa uviedol, že odporca namietol výšku sumy, ktorú navrhovateľ do blankozmenky doplnil, ale námietku skutkovo vymedzil len tým, že navrhovateľ nijak nepreukázal a nedoložil, že výška zmenkovej sumy zodpovedá dohode o vyplňovacom práve, a vzhľadom na to, že on už nie je veriteľom zabezpečovanej pohľadávky, označil argumentum ad absurdum prijatie výkladu, že on musí preukazovať obsah a výšku zabezpečovanej pohľadávky. Mal za to, že ak blankozmenku vyplnil navrhovateľ, je prirodzené, že on musí preukázať výšku sumy, ktorú do blankozmenky doplnil a ktorej zaplatenia sa domáha. Konštatoval,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Zdôraznil, že v zmenkovom konaní sa pri dokazovaní o dôvodnosti námietok proti zmenkovému platobnému rozkazu vychádza zo skutočnosti, že zmenka je nesporný, dokonalý a abstraktný cenný papier. Pre uplatnenie postihových práv zo zmenky má zmenkový veriteľ povinnosť preukázať, že je riadnym majiteľom zmenky, o pravosti ktorej nie je dôvod pochybovať (čl. I. § 48 ods. 1 Zmenkového zákona a § 175 ods. 1 O.s.p.). Keďže zmenka je abstraktný cenný papier, jej majiteľ nie je v zmysle § 495 OZ povinný preukázať dôvod záväzku, t. j. ani to,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Napriek tomu, že zmenka nie je verejná listina, takže pri jej hodnotení ako listinného dôkazu sa nevychádza z prezumpcie pravdivosti jej obsahu (§ 134 OSP), nie je možné nebrať do úvahy ustanovenie čl. I. § 10 Zmenkového zákona ako predpisu osobitnej povahy, ktoré tým, že dáva dlžníkom z takejto zmenky právo namietať proti jej vyplneniu, zároveň dlžníkov zaťažuje povinnosťou preukázať, že chýbajúce údaje neboli vyplnené podľa dojednania. Poukázal na to, že zmenkou zabezpečovaná pohľadávka je v čl. I ods. 2 dohody o vyplňovacom práve k zmenke definovaná ako pohľadávka a jej príslušenstvo, vyplývajúca zo zmluvy o spotrebnom úvere pre obyvateľstvo č. 0098 4011 05 RSU zo dňa 12.12.2005 alebo z odstúpenia od nej. Navrhovateľ bol preto oprávnený doplniť do blankozmenky nielen dlžnú úverovú istinu, ale aj jej príslušenstvo, ktorým sú v zmysle § 121 ods. 3 OZ úroky, úroky z omeškania a náklady spojené s jej uplatnením. Navrhovateľ predložil rozsudok Stáleho rozhodcovského súdu Slovenskej bankovej asociácie sp. zn. II/2009-1751 zo dňa 19.10.2009, ktorým bol I. Š. zaviazaný, aby žalobcovi zaplatil úverovú pohľadávku vrátane úverového úroku, úrok z omeškania a náhradu trov konania. So zreteľom na uvedené súd prvého stupňa konštatoval, že týmto rozsudkom žalobca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súd prvého stupňa aj ďalšiu námietku, že navrhovateľ v zmysle čl. I. § 53 ods. 1 Zmenkového zákona stratil voči odporcovi zmenkové práva tým, že nepreukázal predloženie zmenky vystaviteľovi na platenie. Konštatoval, že zmenku splatnú v určitý deň musí podľa čl. I. § 38 ods. 1 Zmenkového zákona majiteľ predložiť na platenie v platobný deň alebo v jeden z dvoch nasledujúcich pracovných dní. V tomto prípade bola zmenka splatná v pobočke OTP Banky Slovensko, a.s., Zvolen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 1 Zmenkového zákona nepredložil vystaviteľovi na platenie. Navrhovateľ preukázal, že lehoty dodržal, preto bez ohľadu na to, že sa vystaviteľ o prezentovaní zmenky z vlastnej viny nedozvedel tým, že výzvu na zaplatenie zmenky neprevzal,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Ďalej súd prvého stupňa uviedol, že za rozhodujúce považoval odporca kauzálne námietky, vyplývajúce z jeho vlastného vzťahu k prvému indosatárovi BBF capital, a.s., s ktorým 26.9.2006 uzavrel zmluvu o postúpení pohľadávok. Namietal, že absentuje kauza zmenky, lebo on podľa zmluvy za vymožiteľnosť postúpených pohľadávok nezodpovedá, takže spoločnosť BBF capital, a.s. by dnes nemohla spravodlivo žiadať plnenie z rovnakej zmenky, a ak u BBF capital, a.s. absentuje kauza tejto zmenky, musí záver o absencii kauzy zmenky platiť aj pre nárok uplatnený navrhovateľom. Podľa č. I. § 17 ods. 1 Zmenkového zákona ( účinný od 23.12.2015 ),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Súd prvého stupňa nepovažoval za preukázané tvrdenie odporcu,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Súd prvého stupňa vyslovil názor, že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Konštatoval, že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Súhlasil s názorom odporcu, že nadobúdateľ nemusí mať priamy úmysel škodu dlžníkovi spôsobiť, ale postačí, že vie, že mu škodu spôsobiť môže a pre prípad, že sa tak stane, je s tým uzrozumený.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Súd prvého stupňa vyslovil názor, že z vykonaného dokazovania nevyplynulo, že navrhovateľ v okamihu indosovania zmeniek vedel, že zmenky môže využiť na škodu odporcu a že práve s týmto úmyslom ich nadobudol. Poukázal na výpoveď navrhovateľa (jeho konateľa), ktorý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súd prvého stupňa poukázal na výpoveď JUDr. M. v totožnom konaní vedenom pod sp.zn. 1CbZm/39/2014, z ktorej nevyplynulo, že by si v čase indosovania zmeniek niektorý z nich uvedomoval, že odporca príslušnou doložkou na zmenke nevylúčil svoju zodpovednosť za jej zaplatenie, čím de iure poskytol zabezpečenie. Konštatoval, že skutočnosť, že postupca nepovažoval odporcu za osobu, ktorá poskytla zabezpečenie, je zrejmá aj z toho, že ho o postúpení písomne neupovedomil (resp. odporca netvrdil a ani nepreukázal, že by mu oznámenie zaslal), hoci podľa bodu 5.7. zmluvy o postúpení pohľadávok z 18.12.2008 mal povinnosť postúpenie oznámiť nielen dlžníkom, ale aj tým, ktorí poskytli zabezpečenie. Účasť JUDr. T. M.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považoval preto za logickú napriek tomu, že ani jedna z obchodných spoločností zatiaľ zmenky proti odporcovi neuplatnila. JUDr. M. výslovne uviedol, že nikdy s odporcom za navrhovateľa nerokoval. Súd vyslovil názor, že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Súd zdôraznil, že aj odporca postupoval pohľadávky so stratou, za odplatu vo výške 26% z hodnoty pohľadávok ku dňu ich postúpenia. So zreteľom na uvedené súd ďalej konštatoval, že nie je možné z ustanovenia bodu 4.2. zmluvy o postúpení pohľadávok zo dňa 18.12.2008 jednoznačne vyvodiť, že pre navrhovateľa boli hlavným predmetom obchodu iba zmenky, ktoré od počiatku zamýšľal použiť jedine voči odporcovi. Súd prvého stupňa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Pri hodnotení konania navrhovateľa na škodu dlžníka prihliadol tiež na skutočnosť, že v zmluve o postúpení, ktorú odporca 26.9.2006 uzavrel s BBF capital, a.s., sa obdobné ustanovenie, podľa ktorého by postupník mal právo na vrátenie odplaty pre vady zmenky, nenachádzalo. Dokonca v čl. VII. ods. 3 je právo výslovne vylúčené vo vzťahu k zabezpečeniu postúpenej pohľadávky. Svedok JUDr. M. však uviedol, že pohľadávky, ktoré im odporca postúpil bez zmeniek, mu vracali a o vrátení sa robili protokoly. Odporca toto tvrdenie nerozporoval. Uviedol preto, že nie je vylúčené, že obsah bodu 4.2. zmluvy o postúpení z 18.12.2008 len reflektoval skúsenosti postupcu z jeho minulých vzťahov s odporcom. Vyslovil preto názor, že navrhovateľ nepoužil zmenky v súdnom konaní pri vymáhaní úverových pohľadávok od úverových dlžníkov, samotnú túto skutočnosť však nie je možné považovať za úmysel navrhovateľa od počiatku zmenky uplatniť výlučne len proti odporcovi. Poukázal na to, že navrhovateľ dostatočne vysvetlil, prečo takýto postup zvolil. Zdôraznil, že ani v prípade, ak by navrhovateľ hneď po nadobudnutí uplatnil zmenky voči vystaviteľom, nič by mu nebránilo, aby dodatočne v súdnom konaní zaplatenie žiadal aj od odporcu. Súd prvého stupňa ďalej uviedol, že na základe skúseností z rozhodovacej činnosti súd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Nedbanlivosť navrhovateľa, dokonca ani jeho hrubá nedbanlivosť, spočívajúca v tom, že pri vynaložení patričného úsilia mohol už pri nadobúdaní zmeniek zistiť, že odporca je nepriamym zmenkovým dlžníkom, nepostačuje. Kauzálne námietky preto nie sú prípustné. Z rovnakých dôvodov, ktorými odporca odôvodnil vedomé konanie navrhovateľa pri nadobúdaní zmenky na jeho škodu, nepovažoval za preukázané, že sa navrhovateľ pri uplatňovaní zmenky dopúšťa šikanózneho výkonu práva, keď si v rozpore s dobrými mravmi z titulu zmenky uplatňuje v skutočnosti kompenzáciu za nevymožiteľné úverové pohľadávky. K tejto námietke súd prvého stupňa poukázal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Obchodný zákonník uplatní len vtedy, ak určitú otázku nerieši Zmenkový zákona ani Občiansky zákonník. Vyslovil názor, že posúdiť zmenkovo- právny vzťah podľa ustanovenia § 3 OZ, resp. § 265 ObZ by preto bolo možné jedine v prípade, ak by zmenkový zákon neobsahoval výslovnú úpravu, ktorou sa zneužitie práva sankcionuje. Ak majiteľ konal pri nadobúdaní zmenky v zlej viere, previnil sa hrubou nedbanlivosťou alebo konal vedome na škodu dlžníka, poskytuje mu zmenkový zákon ochranu tým, že mu umožňuje brániť sa proti zaplateniu zmenky aj námietkami, vyplývajúcimi z mimozmenkových vzťahov.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Vzhľadom na to, že zmenkový zákon ochranu dlžníka rieši vyčerpávajúcim spôsobom, nie je možné jeho ustanovenia vykladať extenzívne. Konštatoval,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súvislosti s rozhodnutím NS SR sp.zn. 2Obdo/19/2014 zo dňa 29.10.2015, na ktoré odporca poukázal, ktorý rozhodoval v obdobnej veci a ktorý zrušil rozsudok krajského súdu z dôvodu, že odôvodnenie jeho rozhodnutia nezodpovedá požiadavkám kladeným na riadne odôvodnenie súdneho rozhodnutia a tiež poukázal na to, že predmetná zmenka sa javí ako „spotrebiteľská“ a súdy sa nezaoberali a nezdôvodnili či je platná. Súd prvého stupňa poukázal na to, že v predmetnom konaní nie je ani jeden z účastníkov spotrebiteľom v zmysle zák. č. 250/2007 na ochranu spotrebiteľa, a odporcu nie je možné považovať za slabšiu stranu, ani pomer účastníkov sa nedá považovať za nerovnovážny. Zmenka v predmetnom prípade bola vystavená v roku 2005 a až zákonom č. 129/2010, účinným od 1.1.2011 bolo neprípustné zabezpečenie uspokojenia pohľadávky alebo splnenie záväzku zo spotrebiteľskej zmluvy zmenkou. Konštatoval preto, že nie je preto namieste posúdiť neplatnosť zmenky z pohľadu čl. III., § 3a Zmenkového zákona. Súd prvého stupňa zdôraznil, že v predmetnom prípade zaviazanosť odporcu zo zmenky nevznikla v súvislosti so spotrebiteľskou zmluvou, ale v súvislosti s garančným účinkom indosamentu. Čo sa týka tejto námietky, že zmenka zabezpečovala spotrebiteľský úver, vznesenej až v záverečnom zhrnutí odporcu, súd poukázal na ust. § 175 ods. 4 O.s.p. - koncentračnú zásadu námietkového konania, v zmysle ktorej nie je možné prihliadať na námietky uplatnené po uplynutí lehoty troch dní od doručenia zmenkového platobného rozkazu. Zdôraznil,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So zreteľom na uvedené súd prvého stupňa uzavrel, že odporcovi sa nepodarilo preukázať, že by jeho povinnosť poskytnúť navrhovateľovi plnenie zo zmenky z dôvodov uvedených v námietkach v celom rozsahu, alebo čiastočne zanikla, preto súd ponechal zmenkový platobný rozkaz proti nim v platnosti v celom rozsahu. O náhrade trov konania rozhodol súd prvého stupňa s poukazom na úspech navrhovateľa v konaní.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Ing. C., či konateľa spoločnosti LICITOR factoring, s.r.o. JUDr. M.. Odporca prvostupňovému súdu vytkol, že v odôvodnení rozsudku súd len faktograficky skonštatoval, že z výpovede JUDr. M.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Ing. C.,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JUDr. M. na rokovaní so zástupcami odporcu o zaplatení žalovaných zmeniek. Túto skutočnosť súd len neakceptovateľne zreprodukoval výpoveďou JUDr. M., ktorý uviedol, že nikdy s odporcom za navrhovateľa nerokoval. Odporca však zdôraznil, že JUDr. M. vo svojej výpovedi nehovoril o tom, že by s odporcom rokoval o zmenkách patriacich stále spoločnosti LICITOR factoring, s.r.o., o ktorých žiadne súdneho spory neprebiehajú, ale JUDr. M.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9.11.2016)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 BBF Capital, a.s..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0030 3002 05 RSV zo dňa 7.6.2005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4.11.2016 k odvolaniu odporcu odmenu vo výške 170,97 EUR v zmysle § 10 ods. 1 a § 13a ods. 1 písm. c) vyhlášky MS SR č. 655/2004 Z. z. o odmenách a náhradách advokátov pri poskytovaní právnych služieb a právnom zastupovaní navrhovateľa vo vyúčtovanej výške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https://www.kauzis.sk/judikatura/r/ECLI:SK:KSBA:2017:1514202786.2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