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1CoZm/43/2017 z 23. 7. 2017</w:t>
      </w:r>
    </w:p>
    <w:p>
      <w:r>
        <w:t>Uznesenie Krajského súdu Bratislava z 23. júla 2017, sp. zn. 1CoZm/43/2017, ECLI:SK:KSBA:2017:1514211563.2</w:t>
      </w:r>
    </w:p>
    <w:p>
      <w:r>
        <w:t>Súd: Krajský súd Bratislava</w:t>
      </w:r>
    </w:p>
    <w:p>
      <w:r>
        <w:t>Spisová značka: 1CoZm/43/2017</w:t>
      </w:r>
    </w:p>
    <w:p>
      <w:r>
        <w:t>ECLI: ECLI:SK:KSBA:2017:1514211563.2</w:t>
      </w:r>
    </w:p>
    <w:p>
      <w:r>
        <w:t>Dátum vydania: 23. 7. 2017</w:t>
      </w:r>
    </w:p>
    <w:p>
      <w:r>
        <w:t>Forma: Uznesenie</w:t>
      </w:r>
    </w:p>
    <w:p>
      <w:r>
        <w:t>Oblasť práva: Obchodné právo</w:t>
      </w:r>
    </w:p>
    <w:p>
      <w:pPr>
        <w:pStyle w:val="Heading2"/>
      </w:pPr>
      <w:r>
        <w:t>Text rozhodnutia</w:t>
      </w:r>
    </w:p>
    <w:p>
      <w:r>
        <w:t>Súd: Krajský súd Bratislava Spisová značka: 1CoZm/43/2017 Identifikačné číslo súdneho spisu: 1514211563 Dátum vydania rozhodnutia: 24. 07. 2017 Meno a priezvisko sudcu, VSÚ: JUDr. Andrea Haitová ECLI: ECLI:SK:KSBA:2017:1514211563.2 Uznesenie Krajský súd v Bratislave v senáte zloženom z predsedníčky senátu JUDr. Andrey Haitovej a členiek senátu Mgr. Soni Pekarčíkovej a JUDr. Andrey Sedlačkovej v právnej veci žalobcu: CD Consulting s.r.o., Příkop 843/4, Zábrdovice, Brno, Česká republika, IČO: 26 429 705 proti žalovanej: Margita Dávidová, bytom Školské námestie č. 394/21, Rohožník, o zaplatenie 1.205,01 eur s príslušenstvom a o späťvzatí žaloby takto r o z h o d o l : Krajský súd v Bratislave späťvzatie žaloby p r i p ú š ť a, uznesenie Okresného súdu Malacky č.k. 6C/374/2014-37 zo dňa 19.12.2016 zrušuje a konanie z a s t a v u j e. Žalovanej súd priznáva nárok na náhradu trov prvoinštančného a odvolacieho konania voči žalobcovi vo výške 100%. o d ô v o d n e n i e : 1. Súd prvej inštancie uznesením č.k. 6C/374/2014-37 zo dňa 16.12.2016 konanie zastavil a žalovanej nepriznal náhradu trov prvoinštančného konania. 2. Podaním doručeným súdu prvej inštancie dňa 4.1.2017 žalobca prostredníctvom svojho právneho zástupcu vzal žalobu v celom rozsahu späť a navrhol konanie zastaviť. 3. Žalovaná bola súdom prvej inštancie vyzvaná, aby v zmysle § 370 ods. 1, 2 CSP v lehote 10 dní súdu oznámila, či súhlasí s predmetným späťvzatím žaloby. Výzva bola žalovanou osobne prevzatá dňa 22.2.2017, ktorá sa do dnešného dňa nevyjadrila. 4.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konštatuje, že k späťvzatiu žaloby v predmetnej veci došlo po vydaní rozsudku súdu prvej inštancie, ale skôr, ako jeho rozhodnutie nadobudlo právoplatnosť. Na základe uvedeného odvolací súd za splnenia podmienok uvedených v ust. § 370 ods. 1,2 CSP v dôsledku späťvzatia žaloby žalobcom v celom rozsahu a za stavu, že žalovaná, ktorá na výzvu súdu prvej inštancie ohľadne nesúhlasu so späťvzatím žaloby nereagovala, pripustil toto späťvzatie, rozhodnutie súdu prvej inštancie zrušil a konanie v zastavil. 6. O trovách konania odvolací súd rozhodol podľa § 396 ods. 1 CSP v spojení s § 256 ods. 1 CSP tak, že žalovanej priznal náhradu trov prvoinštančného a odvolacieho konania vo výške 100% voči žalobcovi, keďže žalobca procesne zavinil zastavenie konania. Ak žalobca zoberie žalobu späť bez udania dôvodu, resp. bez toho, aby išlo o reakciu na správanie žalovaného pri dôvodne podanej žalobe, z procesného hľadiska platí, že žalobca procesne zavinil zastavenie konania. Keďže žalobca vzal žalobu späť bez uvedenia dôvodu, procesne zavinil zastavenie konania a je povinný nahradiť žalovanej trovy konania, ktoré jej vznikli. 7. Podľa ust. § 11 ods. 3, 4 zák.č. 71/1992 Zb. o súdnych poplatkoch v znení neskorších (ďalej už len „zákon č. 71/1992 Zb.“) predpisov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Okrem poplatku v konaní o rozvod manželstva a poplatku, ktorý sa vracia podľa odseku 1, sa poplatok alebo jeho časť (preplatok) vracia krátený o 1%, najmenej však 6,70 eura. Ak sa návrh vzal späť pred zaplatením poplatku, poplatok sa nevyrubuje. 8. Podľa § 12 ods. 1 cit zákona, vo veciach poplatkov rozhoduje orgán, ktorý je oprávnený vykonať poplatkový úkon. Vo veciach poplatkov za konanie na odvolacom súde rozhoduje súd, proti rozhodnutiu ktorého odvolanie smeruje, ak o poplatku nerozhodol odvolací súd. 9. O vrátení súdneho poplatku rozhodne súd prvej inštancie v zmysle § 12 ods. 1 zákona č. 71/1992 Zb. 10. Toto uznesenie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https://www.kauzis.sk/judikatura/r/ECLI:SK:KSBA:2017:1514211563.2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