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6Co/245/2017 z 23. 8. 2017</w:t>
      </w:r>
    </w:p>
    <w:p>
      <w:r>
        <w:t>Uznesenie Krajského súdu Bratislava z 23. augusta 2017, sp. zn. 6Co/245/2017, ECLI:SK:KSBA:2017:1516209735.1</w:t>
      </w:r>
    </w:p>
    <w:p>
      <w:r>
        <w:t>Súd: Krajský súd Bratislava</w:t>
      </w:r>
    </w:p>
    <w:p>
      <w:r>
        <w:t>Spisová značka: 6Co/245/2017</w:t>
      </w:r>
    </w:p>
    <w:p>
      <w:r>
        <w:t>ECLI: ECLI:SK:KSBA:2017:1516209735.1</w:t>
      </w:r>
    </w:p>
    <w:p>
      <w:r>
        <w:t>Dátum vydania: 23. 8. 2017</w:t>
      </w:r>
    </w:p>
    <w:p>
      <w:r>
        <w:t>Forma: Uznesenie</w:t>
      </w:r>
    </w:p>
    <w:p>
      <w:pPr>
        <w:pStyle w:val="Heading2"/>
      </w:pPr>
      <w:r>
        <w:t>Text rozhodnutia</w:t>
      </w:r>
    </w:p>
    <w:p>
      <w:r>
        <w:t>Súd: Krajský súd Bratislava Spisová značka: 6Co/245/2017 Identifikačné číslo súdneho spisu: 1516209735 Dátum vydania rozhodnutia: 24. 08. 2017 Meno a priezvisko sudcu, VSÚ: JUDr. Martin Murgaš ECLI: ECLI:SK:KSBA:2017:1516209735.1 Uznesenie Krajský súd v Bratislave v senáte zloženom z predsedu senátu JUDr. Martina Murgaša a sudcov JUDr. Branislava Krála a JUDr. Zuzany Kučerovej v právnej veci žalobcu: Dopravný podnik Bratislava, a.s., Olejkárska ul. č. 1, Bratislava, IČO: 00 492 736, zast. advokátom JUDr. Vladimírom Kánom, Nám. M. Benku č. 9-C1, Bratislava proti žalovanému: H. Q., K.. XX.XX.XXXX, O. Š. T.. Č.. XXXX/XX, O., o zaplatenie 70,70 eur, na odvolanie žalovaného proti rozsudku Okresného súdu Bratislava V zo 06.02.2017, č. k. 10Csp/12/2016-46 a na späťvzatie žaloby, takto r o z h o d o l : Odvolací súd p r i p ú š ť a späťvzatie žaloby, napadnutý rozsudok súdu prvej inštancie z r u š u j e a konanie z a s t a v u j e . Odvolanie sa o d m i e t a. Žalovanému sa nepriznáva nárok na náhradu trov konania. o d ô v o d n e n i e : 1. Napadnutým rozsudkom súd prvej inštancie uložil žalovanému povinnosť zaplatiť žalobcovi 30,- Eur do troch dní od právoplatnosti rozsudku, konanie v časti o zaplatenie sumy 40,70 eur zastavil a žiadnej zo strán nepriznal právo na náhradu trov konania. 2. Proti tomuto rozsudku podal odvolanie žalovaný. Odôvodnil ho tým, že dlžnú sumu uhradil v banke v šiestich splátkach a preto žalobcovi nie je dlžný nič. 3. Žalobca doručil dňa 19.06.2017 súdu prvej inštancie späťvzatie žaloby. Dôvod späťvzatia neuviedol. 4. Žalovaný so späťvzatím žaloby nevyslovil nesúhlas. 5. Podľa § 370 ods. 1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6. Na základe uvedených skutočností a citovaných zákonných ustanovení odvolací súd v zmysle § 370 ods. 1 C.s.p. pripustil späťvzatie žaloby, rozsudok súdu prvej inštancie zrušil a konanie zastavil. 7. O nároku na náhradu trov konania odvolací súd rozhodol podľa § 256 ods. 1, v spojení s § 396 ods. 1 C.s.p. a ich náhradu žalovanému nepriznal, pretože mu v konaní žiadne trovy nevznikli. 8. Keďže žalobca vzal žalobu späť a odvolací súd späťvzatie žaloby pripustil, zrušil napadnutý rozsudok a konanie zastavil, neexistuje rozhodnutie, ktoré žalovaný napadol odvolaním. Treba vychádzať z toho, že odvolanie proti neexistujúcemu rozhodnutiu nie je prípustné. Preto odvolací súd odvolanie žalovaného odmietol podľa § 386 písm. c/ C.s.p. 9.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https://www.kauzis.sk/judikatura/r/ECLI:SK:KSBA:2017:1516209735.1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