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9Co/185/2017 z 28. 9. 2017</w:t>
      </w:r>
    </w:p>
    <w:p>
      <w:r>
        <w:t>Uznesenie Krajského súdu Bratislava z 28. septembra 2017, sp. zn. 9Co/185/2017, ECLI:SK:KSBA:2017:1516210901.1</w:t>
      </w:r>
    </w:p>
    <w:p>
      <w:r>
        <w:t>Súd: Krajský súd Bratislava</w:t>
      </w:r>
    </w:p>
    <w:p>
      <w:r>
        <w:t>Spisová značka: 9Co/185/2017</w:t>
      </w:r>
    </w:p>
    <w:p>
      <w:r>
        <w:t>ECLI: ECLI:SK:KSBA:2017:1516210901.1</w:t>
      </w:r>
    </w:p>
    <w:p>
      <w:r>
        <w:t>Dátum vydania: 28.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9Co/185/2017 Identifikačné číslo súdneho spisu: 1516210901 Dátum vydania rozhodnutia: 29. 09. 2017 Meno a priezvisko sudcu, VSÚ: JUDr. Roman Huszár ECLI: ECLI:SK:KSBA:2017:1516210901.1 Uznesenie Krajský súd v Bratislave v senáte zloženom z predsedu senátu JUDr. Romana Huszára a členiek senátu JUDr. Magdalény Florekovej a JUDr. Zuzany Posluchovej v právnej veci žalobcu: Home Credit Slovakia, a.s., so sídlom Teplická 147, Piešťany, IČO: 36 234 176, zast. Advokátska kancelária GOLIÁŠOVÁ GABRIELA s.r.o., so sídlom 1. mája 173/11, Trenčín, IČO : 47 234 679, adresa pracoviska: Teplická 7434/147, Piešťany, proti žalovanému: U. U., U.. XX.X.XXXX, R. H. X, R., o zaplatenie 2.842,43 € s príslušenstvom, vedenej na Okresnom súde Bratislava V pod sp. zn. 7Csp/44/2016, takto r o z h o d o l : Odvolací súd späťvzatie žaloby p r i p ú š ť a rozsudok súdu prvej inštancie č. k. 7Csp/44/2016-64 zo dňa 27. apríla 2017 z r u š u j e a konanie z a s t a v u j e. Žalovaný má právo na náhradu trov konania v rozsahu 100 %. o d ô v o d n e n i e : 1. Súd prvej inštancie rozsudkom č. k. 7Csp/44/2016-64 zo dňa 27. apríla 2017 uložil žalovanému povinnosť zaplatiť žalobcovi sumu 2 842,43 € s príslušenstvom a žalobcovi priznal i náhradu trov konania v celom rozsahu. 2. Písomným podaním doručeným súdu prvej inštancie dňa 9.5.2017 žalobca vzal žalobu v celom rozsahu späť a žiadal konanie zastaviť. Náhradu trov konania si neuplatnil. 3. Súd prvej inštancie dňa 27.6.2017 vyzval žalovaného, aby sa v lehote 10 dní vyjadril, či súhlasí so späťvzatím žaloby a zastavením konania. Žalovaný sa v stanovenej lehote na výzvu súdu nevyjadril. 4. Podľa § 370 ods. 1 C.s.p. ak je žaloba vzatá späť po rozhodnutí súdu prvej inštancie, ale skôr, ako rozhodnutie nadobudlo právoplatnosť, odvolací súd rozhodne o pripustení späťvzatia. 5. Podľa § 370 ods. 2 C.s.p. súd späťvzatie žaloby nepripustí, ak s tým protistrana z vážnych dôvodov nesúhlasí. Ak späťvzatie žaloby pripustí, odvolací súd zruší rozhodnutie súdu prvej inštancie a konanie zastaví. 6. Podľa § 256 ods. 1 C.s.p. ak strana procesne zavinila zastavenie konania, súd prizná náhradu trov konania protistrane. 7. Keďže rozsudok súdu prvej inštancie doposiaľ nenadobudol právoplatnosť a vzhľadom na dispozitívny úkon žalobcu, ktorý vzal žalobu v celom rozsahu späť, pričom žalovaný neprejavil nesúhlas so späťvzatím žaloby, odvolací súd v zmysle ust. § 370 C.s.p. späťvzatie žaloby pripustil, rozsudok súdu prvej inštancie zrušil a konanie o veci zastavil. 8. O náhrade trov konania rozhodol odvolací súd podľa § 256 ods. 1 C.s.p.. Žalobca späťvzatím žaloby procesne zavinil zastavenie konania, preto žalovanému vzniklo právo na náhradu trov konania v plnom rozsahu. O výške náhrady trov konania v zmysle § 262 ods. 2 C.s.p. rozhodne súd prvej inštancie po právoplatnosti rozhodnutia, ktorým sa konanie končí, samostatným uznesením, ktoré vydá súdny úradník. 9. O žiadosti žalobcu o vrátenie súdneho poplatku za žalobu odvolací súd nemohol rozhodnúť s poukazom na § 12 ods. 1 veta prvá a § 14 ods. 4 zákona č. 71/1992 Zb. o súdnych poplatkoch a poplatku za výpis z registra trestov. 9. Toto rozhodnutie bolo prijaté senátom Krajského súdu v Bratislave pomerom hlasov 3:0 (§ 3 ods. 9 zák. č. 757/2004 Z. z. o súdoch a o zmene a doplnení niektorých zákonov v znení neskorších zákonov, § 393 ods. 2 C.s.p.). Poučenie: Proti tomuto rozhodnutiu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https://www.kauzis.sk/judikatura/r/ECLI:SK:KSBA:2017:1516210901.1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