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6Co/38/2017 z 20. 6. 2017</w:t>
      </w:r>
    </w:p>
    <w:p>
      <w:r>
        <w:t>Opravné uznesenie Krajského súdu Bratislava z 20. júna 2017, sp. zn. 6Co/38/2017, ECLI:SK:KSBA:2017:1516216636.2</w:t>
      </w:r>
    </w:p>
    <w:p>
      <w:r>
        <w:t>Súd: Krajský súd Bratislava</w:t>
      </w:r>
    </w:p>
    <w:p>
      <w:r>
        <w:t>Spisová značka: 6Co/38/2017</w:t>
      </w:r>
    </w:p>
    <w:p>
      <w:r>
        <w:t>ECLI: ECLI:SK:KSBA:2017:1516216636.2</w:t>
      </w:r>
    </w:p>
    <w:p>
      <w:r>
        <w:t>Dátum vydania: 20. 6. 2017</w:t>
      </w:r>
    </w:p>
    <w:p>
      <w:r>
        <w:t>Forma: Opravné uznesenie</w:t>
      </w:r>
    </w:p>
    <w:p>
      <w:pPr>
        <w:pStyle w:val="Heading2"/>
      </w:pPr>
      <w:r>
        <w:t>Text rozhodnutia</w:t>
      </w:r>
    </w:p>
    <w:p>
      <w:r>
        <w:t>Súd: Krajský súd Bratislava Spisová značka: 6Co/38/2017 Identifikačné číslo súdneho spisu: 1516216636 Dátum vydania rozhodnutia: 21. 06. 2017 Meno a priezvisko sudcu, VSÚ: JUDr. Branislav Král ECLI: ECLI:SK:KSBA:2017:1516216636.2 Opravné uznesenie Krajský súd v Bratislave v senáte zloženom z predsedu senátu JUDr. Branislava Krála a sudcov JUDr. Martina Murgaša a JUDr. Zuzany Kučerovej, v právnej veci žalobcu: J. B., G.. XX.XX.XXXX, K. M. F.. Č.. XXXX/X, K., zast.: HKP Legal, s.r.o., so sídlom Sasinkova ul. č. 6, Bratislava proti žalovanému: PROFI CREDIT Slovakia, s.r.o., Bratislava, Pribinova ul. č. 25, zast. advokátskou kanceláriou JUDr. Andrea Cviková, s.r.o., Bratislava, Kubániho ul. č. 16, o nariadenie neodkladného opatrenia, na odvolanie žalovaného proti uzneseniu Okresného súdu Bratislava V z 21. decembra 2016, č. k. 42C/219/2016-33, takto r o z h o d o l : Krajský súd v Bratislave o p r a v u j e uznesenie Krajského súdu v Bratislave zo dňa 28. februára 2017, č. k. 6Co/38/2017-70, a to v dátume rozhodnutia, ktorý má správne znieť: ,,v Bratislave dňa 28. februára 2017''. o d ô v o d n e n i e : 1. Odvolaciemu súdu bol predmetný spis predložený na opravu uznesenia Krajského súdu v Bratislave zo dňa 28. februára 2017, č. k. 6Co/38/2017-70, nakoľko nastala chyba pri písaní a v predmetnom uznesení bol uvedený dátum 28. február 2016. 2. Podľa ust. § 234 ods. 2 C.s.p., ak nie je ďalej ustanovené inak, použijú sa na uznesenie primerane ustanovenia o rozsudku. 3. Podľa ust. § 224 C.s.p., súd kedykoľvek aj bez návrhu opraví v rozsudku chyby v písaní a počítaní, ako aj iné zrejmé nesprávnosti. O oprave súd vydá opravné uznesenie, ktoré doručí subjektom konania. 4. Vzhľadom na to, že v dátume uvedeného uznesenia krajského súdu došlo k zrejmej nesprávnosti, odvolací súd túto zrejmú nesprávnosť opravil tak, ako je uvedené vo výroku tohto uznesenia. 5. Toto rozhodnutie prijal senát krajského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https://www.kauzis.sk/judikatura/r/ECLI:SK:KSBA:2017:1516216636.2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