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14Co/519/2015 z 23. 8. 2017</w:t>
      </w:r>
    </w:p>
    <w:p>
      <w:r>
        <w:t>Uznesenie Krajského súdu Bratislava z 23. augusta 2017, sp. zn. 14Co/519/2015, ECLI:SK:KSBA:2017:1613201617.3</w:t>
      </w:r>
    </w:p>
    <w:p>
      <w:r>
        <w:t>Súd: Krajský súd Bratislava</w:t>
      </w:r>
    </w:p>
    <w:p>
      <w:r>
        <w:t>Spisová značka: 14Co/519/2015</w:t>
      </w:r>
    </w:p>
    <w:p>
      <w:r>
        <w:t>ECLI: ECLI:SK:KSBA:2017:1613201617.3</w:t>
      </w:r>
    </w:p>
    <w:p>
      <w:r>
        <w:t>Dátum vydania: 23.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14Co/519/2015 Identifikačné číslo súdneho spisu: 1613201617 Dátum vydania rozhodnutia: 24. 08. 2017 Meno a priezvisko sudcu, VSÚ: JUDr. Katarína Javorčíková ECLI: ECLI:SK:KSBA:2017:1613201617.3 Uznesenie Krajský súd v Bratislave v senáte zloženom z predsedníčky senátu JUDr. Kataríny Javorčíkovej a členov JUDr. Martina Murgaša a Mgr. Barbory Bartekovej, v právnej veci žalobkyne: JUDr. E. D., advokátka, U. XXXX/XX B, K., proti žalovanému: X.. K. U., nar. XX.XX.XXXX, bytom Q. XXXX/XX, I., o zaplatenie 2.120,31 eur s príslušenstvom, o vydanie opravného uznesenia vo veci Okresného súdu Malacky, sp. zn. 5C/382/2014, takto r o z h o d o l : Odvolací súd o p r a v u j e záhlavie uznesenia Krajského súdu v Bratislave zo dňa 16.05.2017, č.k. 14Co/519/2015-161, tak, že správne označenie žalovaného znie: X.. K. U.. o d ô v o d n e n i e : 1. Krajský súd v Bratislave, ako súd odvolací, uznesením zo dňa 16.05.2017, č.k. 14Co/519/2015-161, o odvolaní žalovaného proti rozsudku Okresného súdu Malacky zo dňa 05.05.2015, č.k. 5C/382/2014-136, rozhodol tak, že napadnutý rozsudok súdu prvej inštancie zrušil a vec mu vrátil na ďalšie konanie. 2. Okresný súd Malacky dňa 04.08.2017 predložil spis krajskému súdu za účelom opravy záhlavia rozhodnutia zo dňa 16.05.2017, č.k. 14Co/519/2015-161, nakoľko v ňom bolo nesprávne uvedené meno žalovaného. 3. Podľa § 224 zákona č. 160/2015 Z. z. Civilný sporový poriadok (ďalej len „CSP“) súd kedykoľvek aj bez návrhu opraví v rozsudku chyby v písaní a počítaní, ako aj iné zrejmé nesprávnosti. O oprave súd vydá opravné uznesenie, ktoré doručí subjektom konania. 4. Podľa § 234 ods. 2 CSP, ak nie je ďalej ustanovené inak, použijú sa na uznesenie primerane ustanovenia o rozsudku. 5. Podľa § 378 ods. 1 CSP, ak tento zákon neustanovuje inak, na konanie na odvolacom súde sa primerane použijú ustanovenia o konaní pred súdom prvej inštancie. 6. V danej veci bolo písomné vyhotovenie predmetného uznesenia odvolacieho súdu v záhlaví postihnuté zrejmou nesprávnosťou. Odvolací súd v zmysle vyššie citovaných zákonných ustanovení uvedenú zrejmú nesprávnosť opravil a rozhodol tak, ako je uvedené vo výroku tohto uznesenia. 7. Toto rozhodnutie bolo senátom odvolacieho súdu prijaté pomerom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https://www.kauzis.sk/judikatura/r/ECLI:SK:KSBA:2017:1613201617.3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