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3Cob/145/2017 z 23. 8. 2017</w:t>
      </w:r>
    </w:p>
    <w:p>
      <w:r>
        <w:t>Uznesenie Krajského súdu Bratislava z 23. augusta 2017, sp. zn. 3Cob/145/2017, ECLI:SK:KSBA:2017:1616208799.1</w:t>
      </w:r>
    </w:p>
    <w:p>
      <w:r>
        <w:t>Súd: Krajský súd Bratislava</w:t>
      </w:r>
    </w:p>
    <w:p>
      <w:r>
        <w:t>Spisová značka: 3Cob/145/2017</w:t>
      </w:r>
    </w:p>
    <w:p>
      <w:r>
        <w:t>ECLI: ECLI:SK:KSBA:2017:1616208799.1</w:t>
      </w:r>
    </w:p>
    <w:p>
      <w:r>
        <w:t>Dátum vydania: 23. 8.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3Cob/145/2017 Identifikačné číslo súdneho spisu: 1616208799 Dátum vydania rozhodnutia: 24. 08. 2017 Meno a priezvisko sudcu, VSÚ: JUDr. Elena Ondrišová ECLI: ECLI:SK:KSBA:2017:1616208799.1 Uznesenie Krajský súd v Bratislave v senáte zloženom z predsedníčky senátu JUDr. Eleny Ondrišovej a členov senátu JUDr. Miroslavy Janečkovej a Mgr. Štefana Zelenáka v právnej veci žalobcu Ing. Daniel Dananai s.r.o., Mýtna 16, Trnava, IČO: 31 450 016, práv zast. HALADA advokátska kancelária s.r.o., Kapitulská 21, Trnava, IČO: 36 669 661 proti žalovanému KAMAN TRANS s.r.o., Dlhá 2368/4A, Stupava, IČO: 46 837 434 o zaplatenie 900,- EUR s príslušenstvom, a o späťvzatí žaloby, o ktorej rozhodol Okresný súd Malacky platobným rozkazom č.k. 10Cb/167/2016-23, zo dňa 20.3.2017, jednohlasne takto r o z h o d o l : Krajský súd v Bratislave p r i p ú š ť a späťvzatie žaloby, platobný rozkaz Okresného súdu Malacky č.k. 10Cb/167/2016-23, zo dňa 20.3.2017 z r u š u j e a konanie z a s t a v u j e . Žalobcovi priznáva nárok na plnú náhradu trov konania. o d ô v o d n e n i e : 1. Súd prvej inštancie uvedeným platobným rozkazom žalobe vyhovel a uložil žalovanému povinnosť zaplatiť žalobcovi žalovanú sumu s príslušenstvom. Zároveň žalovanému uložil povinnosť nahradiť žalobcovi trovy konania. 2. Podaním zo dňa 17.3.2017, doručeným súdu prvej inštancie dňa 22.3.2017, zobral žalobca žalobu v celom rozsahu späť a žiadal konanie zastaviť. Dôvodom späťvzatia bolo zaplatenie žalovanej sumy žalovaným bez príslušenstva dňa 16.3.2017, o čom predložil listinný dôkaz - výpis zo svojho účtu. Zároveň uviedol, že zaplatenie príslušenstva nepožaduje, avšak žiada o vrátenie súdneho poplatku. 3. Žalovaný odvolací návrh nepodal. 4. Súd prvej inštancie výzvou doručenou žalovanému dňa 19.5.2017, tohto so súčasne s doručením späťvzatia žaloby vyzval, aby sa vyjadril, či so späťvzatím súhlasí. Žalovaný sa na výzvu nevyjadril, avšak možno ustáliť, že so späťvzatím vyjadruje súhlas. 5. Podľa § 370 C.s.p.,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Ak je žaloba vzatá späť sčasti, použijú sa ustanovenia predchádzajúcich odsekov primerane. 6. Vzhľadom k tomu, že žalobca vzal svoj návrh na začatie konania v celom rozsahu späť v čase, keď už rozhodol súd prvého stupňa, ale jeho rozhodnutie nenadobudlo právoplatnosť, pričom žalovaný nevyjadril so späťvzatím žaloby nesúhlas, odvolací súd podľa ust. § 370 C.s.p. rozhodol o pripustení späťvzatia, o zrušení platobného rozkazu súdu prvej inštancie a o zastavení konania. 7. Podľa § 256 ods. 1 C.s.p., ak strana procesne zavinila zastavenie konania, súd prizná náhradu trov konania protistrane. V prejednávanej veci procesne zavinil zastavenie konania žalovaný zaplatením žalovanej sumy po začatí konania, preto súd priznal nárok na náhradu trov konania žalobcovi. O výške náhrady trov konania rozhodne podľa § 256 ods.2 C.s.p. súd prvej inštancie po právoplatnosti tohto uznesenia a tiež rozhodne o návrhu žalobcu na vrátenie súdneho poplatku.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https://www.kauzis.sk/judikatura/r/ECLI:SK:KSBA:2017:1616208799.1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