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6Co/87/2016 z 20. 3. 2017</w:t>
      </w:r>
    </w:p>
    <w:p>
      <w:r>
        <w:t>Opravné uznesenie Krajského súdu Bratislava z 20. marca 2017, sp. zn. 6Co/87/2016, ECLI:SK:KSBA:2017:1710207940.3</w:t>
      </w:r>
    </w:p>
    <w:p>
      <w:r>
        <w:t>Súd: Krajský súd Bratislava</w:t>
      </w:r>
    </w:p>
    <w:p>
      <w:r>
        <w:t>Spisová značka: 6Co/87/2016</w:t>
      </w:r>
    </w:p>
    <w:p>
      <w:r>
        <w:t>ECLI: ECLI:SK:KSBA:2017:1710207940.3</w:t>
      </w:r>
    </w:p>
    <w:p>
      <w:r>
        <w:t>Dátum vydania: 20. 3.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6Co/87/2016 Identifikačné číslo súdneho spisu: 1710207940 Dátum vydania rozhodnutia: 21. 03. 2017 Meno a priezvisko sudcu, VSÚ: JUDr. Branislav Král ECLI: ECLI:SK:KSBA:2017:1710207940.3 Opravné uznesenie Krajský súd v Bratislave v senáte zloženom z predsedu senátu JUDr. Branislava Krála a členov senátu JUDr. Martina Murgaša a JUDr. Zuzany Kučerovej v právnej veci žalobcov: 1/ S. Š., X.. XX.XX.XXXX, 2/ D. Š., X.. XX.XX.XXXX, S. L. Š. N.. Č.. X, V.S., obaja zast. advokátkou JUDr. Jelou Mikuškovou, Bzovícka 24, Bratislava proti žalovanému: F. F., X.. XX.XX.XXXX, L. H. N.. Č.. XX, V., prechodne bytom H. X, V., zast. advokátskou kanceláriou JUDr. Almáši Gabriel, spol. s r.o., Niťová ul. č. 3, Bratislava, o vypratanie nehnuteľnosti a určenie neplatnosti prechodu nájmu, o vydaní opravného uznesenia, takto r o z h o d o l : Rozsudok Krajského súdu v Bratislave zo dňa 12.09.2016, č.k. 6Co/87/2016-390 sa opravuje nasledovne: Výrok o náhrade trov konania má správne znieť: Žalovanému sa priznáva nárok na náhradu trov odvolacieho konania voči žalobcom vo výške 100 %. o d ô v o d n e n i e : 1. Rozsudkom č. k. 6Co/87/2016-390, zo dňa 12.septembra 2016 Krajský súd v Bratislave potvrdil napadnutý výrok rozsudku Okresného súdu Pezinok zo dňa 13. októbra 2015, č.k. 5C/202/2010-334 a žalobcov zaviazal nahradiť žalovanému spoločne a nerozdielne k rukám advokáta JUDr. Gabriela Almášiho trovy odvolacieho konania 199,47 eur do 3 dní. 2. Podaním doručeným Krajskému súdu dňa 27.01.2017 sa žalobcovia domáhajú opraviť časť výroku rozhodnutia o trovách konania tak, aby boli v súlade s nimi uvedenými ustanoveniami C.s.p. 3. Podľa ust. § 470 ods. 1 zákona č. 160/2015 Z. z. Civilného sporového poriadku (ďalej len „C.s.p.“), ak nie je ustanovené inak, platí tento zákon aj na konania začaté predo dňom nadobudnutia jeho účinnosti. 4. Podľa ust. § 234 ods. 2 C.s.p., ak nie je ďalej ustanovené inak, použijú sa na uznesenie primerane ustanovenia o rozsudku. 5. Podľa ust. § 224 C.s.p., súd kedykoľvek aj bez návrhu opraví v rozsudku chyby v písaní a počítaní, ako aj iné zrejmé nesprávnosti. O oprave súd vydá opravné uznesenie, ktoré doručí subjektom konania. 6. Vzhľadom na to, že vo výroku rozsudku krajského súdu sa rozhodlo o výške trov odvolacieho konania aj napriek nadobudnutiu účinnosti novej právnej úpravy, podľa ktorej je rozhodovanie o výške trov konania v právomoci súdu prvej inštancie, odvolací súd vykonal jeho opravu tak, ako je uvedené vo výroku tohto uznesenia. 7. Toto rozhodnutie bolo prijaté senátom Krajského súdu v Bratislave pomerom hlasov 3 : 0 . Poučenie: Proti tomuto uzneseniu nie je možné podať odvolanie.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https://www.kauzis.sk/judikatura/r/ECLI:SK:KSBA:2017:1710207940.3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