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7Co/220/2017 z 30. 7. 2017</w:t>
      </w:r>
    </w:p>
    <w:p>
      <w:r>
        <w:t>Uznesenie Krajského súdu Bratislava z 30. júla 2017, sp. zn. 7Co/220/2017, ECLI:SK:KSBA:2017:1711214846.1</w:t>
      </w:r>
    </w:p>
    <w:p>
      <w:r>
        <w:t>Súd: Krajský súd Bratislava</w:t>
      </w:r>
    </w:p>
    <w:p>
      <w:r>
        <w:t>Spisová značka: 7Co/220/2017</w:t>
      </w:r>
    </w:p>
    <w:p>
      <w:r>
        <w:t>ECLI: ECLI:SK:KSBA:2017:1711214846.1</w:t>
      </w:r>
    </w:p>
    <w:p>
      <w:r>
        <w:t>Dátum vydania: 30. 7.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7Co/220/2017 Identifikačné číslo súdneho spisu: 1711214846 Dátum vydania rozhodnutia: 31. 07. 2017 Meno a priezvisko sudcu, VSÚ: JUDr. Blanka Podmajerská ECLI: ECLI:SK:KSBA:2017:1711214846.1 Uznesenie Krajský súd v Bratislave v senáte zloženom z predsedníčky senátu JUDr. Blanky Podmajerskej a členov senátu JUDr. Mariany Harvancovej a Mgr. Adely Unčovskej, v právnej veci žalobcu: IC DESIGN s.r.o., IČO: 35 812 478, so sídlom Žitná 7210/17, 831 06 Bratislava, zastúpený: Advokátska kancelária MULARČÍK A PARTNERI, s.r.o., so sídlom Námestie M. Benku 15, 811 07 Bratislava, proti žalovaným: 1/ Ľ. H., nar. XX.X.XXXX, bytom I. XX, XXX XX U.Á. A., 2/ M. H., nar. X.XX.XXXX, bytom I. XX, XXX XX U. A., zastúpený opatrovníkom Úradom práce, sociálnych vecí a rodiny Pezinok, pracovisko Senec, Krátka 1, 903 01 Senec, o vydanie vecí, na odvolanie žalovaného 1/ proti rozsudku Okresného súdu Pezinok zo dňa 19.10.2016, č. k. 5C/295/2011-91, jednomyseľne takto r o z h o d o l : Odvolanie žalovaného 1/ sa odmieta. Žalobcovi sa proti žalovaným 1/, 2/ priznáva nárok na plnú náhradu trov odvolacieho konania. o d ô v o d n e n i e : 1. Napadnutým rozsudkom súd prvej inštancie uložil žalovaným 1/, 2/ povinnosť v lehote do 15 dní od právoplatnosti rozsudku vydať žalobcovi hnuteľné veci: umývačku riadu č. SE 55M 580 EU, kuchynskú linku z materiálu dyha orech na viditeľných plochách, korpus DTD lamino + ABS Kronospan 729 PR so spodnými madlami zafrézovanými, horné skrinky so sklom 3x v rámiku lakomat, s osvetlením 1x bodové svetlo v skrinke dvierka lakomat a 2x podskrinkové osvetlenie, s doplnkami a to 1x roletka dyhovaná, 1x smetný kôš s deleným odpadom, 8x výsuv tandem box sivý s dobehom, 1x hliníkový rám, 1x stôl dyhovaný, stôl raňajkový, 2x noha masív buk s nerezovou patkou, 1x potravinový výsuv + hliníkové madlo, obklad zrkadlo prístrojová stena, 1x Magic corner a s pracovnou doskou DURORAL F 8190 MS, všetko podľa objednávky č. 2006/133 zo dňa 21.5.2008 s tým, že plnením jedného zo žalovaných zaniká v rozsahu tohto plnenia povinnosť druhého žalovaného. Súd prvej inštancie zároveň priznal žalobcovi voči žalovaným 1/, 2/ náhradu trov súdneho konania. 2. Rozhodnutie právne odôvodnil ust. § 126 zákona č. 40/1964 Zb. Občiansky zákonník (ďalej „ Občiansky zákonník“ ) a vecne tým, že žalovaný 1/ ani žalovaný 2/, ani iná osoba nezaplatila odplatu za veci uvedené vo výroku rozhodnutia , dodané žalobcom žalovanému 1/ podľa objednávky č. 2006/130. Žalovaným 1/, 2/ preto vznikla povinnosť vydať žalobcovi ako vlastníkovi predmetné hnuteľné veci, keďže tieto neoprávnene zadržiavajú. Súd prvej inštancie zároveň rozhodol o náhrade trov konania v súlade s ust. § 255 ods. 1 zákona č. 160/2015 Z. z. Civilný sporový poriadok (ďalej len „C.s.p.“) tak, že plne úspešnému žalobcovi priznal ich náhradu, keďže tento bol v spore proti žalovaným 1/, 2/ plne úspešný. 3. Rozsudok bol doručený žalovanému 1/ do vlastných rúk dňa 28.12.2016 a žalovaný 1/ podal proti nemu odvolanie, ktoré bolo podané na poštovom úrade dňa 13.1.2017. 4. Odvolací súd preskúmal vec, v ktorej je viazaný rozsahom a dôvodmi odvolania, bez nariadenia odvolacieho pojednávania podľa § 378 ods. 1, § 379, § 380 C.s.p a dospel k záveru, že odvolanie žalovaného 1/ je potrebné odmietnuť, pre jeho oneskorené podanie. 5. Podľa § 386 písm. a/ C.s.p. odvolací súd odmietne odvolanie, ak bolo podané oneskorene. 6. Podľa § 362 ods. 1 C.s.p. odvolanie sa podáva v lehote pätnásť dní od doručenia rozhodnutia na súde, proti rozhodnutiu ktorého smeruje. Ak bolo vydané opravné uznesenie, lehota plynie znovu od doručenia opravného uznesenia len v rozsahu vykonanej opravy. 7. Podľa § 121 ods. 5 C.s.p. lehota je zachovaná, ak sa v posledný deň lehoty urobí úkon na súde alebo sa podanie odovzdá orgánu, ktorý má povinnosť ho doručiť; to platí aj vtedy, ak je podanie urobené elektronickými prostriedkami, doručené súdu mimo pracovného času. 8. Z obsahu spisu vyplýva, že napadnutý rozsudok súdu prvej inštancie bol žalovanému 1/ účinne doručený do vlastných rúk dňa 28.12.2016 (streda) a dňom nasledujúcom po tomto dni mu začala plynúť zákonom stanovená 15 - dňová lehota na podanie odvolania proti rozsudku. Posledný deň tejto lehoty pripadol na 12.1.2017, ktorým bol riadny pracovný deň, štvrtok a ktorý bol posledným dňom lehoty na podanie odvolania. Nakoľko odvolanie odvolateľa bolo podané na poštovú prepravu dňa 13.1.2017(piatok), tak bolo podané deň po uplynutí 15 - dňovej lehoty, t. j. oneskorene. 9. Odvolací súd preto odvolanie žalovaného 1/ podľa § 386 písm. a/ C.s.p. ako podané oneskorene odmietol. 10. O náhrade trov odvolacieho konania rozhodol podľa ust. § 396 ods. 1 C.s.p. v spojení s § 256 ods. 1 a § 262 ods. 1 C.s.p. prihliadajúc na to, že procesný predpis neobsahuje úpravu rozhodovania o trovách odvolacieho konania v prípade, že je odvolanie odmietnuté. Na základe uvedeného o nároku na náhradu trov odvolacieho konania rozhodoval podľa hore citovaných ustanovení upravujúcich problematiku svojou povahou najbližšou odmietnutiu odvolania, pretože i v tomto prípade konanie končí bez toho, aby odvolací súd rozhodoval o veci samej, a to v dôsledku procesného zavinenia strany sporu, ktorá podala odvolanie oneskorene, t.j. žalovaný 1/. Odvolací súd priznal žalobcovi nárok na plnú náhradu trov odvolacieho konania voči obom žalovaným s ohľadom na ich solidárne postavenie v spore, kedy úkony jedného subjektu v zásade zaväzujú každý ďalší subjekt, ktorý je členom procesného spoločenstva (§ 77 C.s.p.). O výške trov odvolacieho konania rozhodne po právoplatnosti tohto uznesenia súd prvej inštancie samostatným uznesením (§ 262 ods. 2 C.s.p.). 11. Toto rozhodnutie bolo prijaté senátom Krajského súdu v Bratislave, pomerom hlasov 3:0 (§ 393 ods. 2 C.s.p.).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https://www.kauzis.sk/judikatura/r/ECLI:SK:KSBA:2017:1711214846.1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