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4Co/429/2015 z 29. 11. 2017</w:t>
      </w:r>
    </w:p>
    <w:p>
      <w:r>
        <w:t>Opravné uznesenie Krajského súdu Bratislava z 29. novembra 2017, sp. zn. 4Co/429/2015, ECLI:SK:KSBA:2017:1714208109.2</w:t>
      </w:r>
    </w:p>
    <w:p>
      <w:r>
        <w:t>Súd: Krajský súd Bratislava</w:t>
      </w:r>
    </w:p>
    <w:p>
      <w:r>
        <w:t>Spisová značka: 4Co/429/2015</w:t>
      </w:r>
    </w:p>
    <w:p>
      <w:r>
        <w:t>ECLI: ECLI:SK:KSBA:2017:1714208109.2</w:t>
      </w:r>
    </w:p>
    <w:p>
      <w:r>
        <w:t>Dátum vydania: 29. 11. 2017</w:t>
      </w:r>
    </w:p>
    <w:p>
      <w:r>
        <w:t>Forma: Opravné uznesenie</w:t>
      </w:r>
    </w:p>
    <w:p>
      <w:pPr>
        <w:pStyle w:val="Heading2"/>
      </w:pPr>
      <w:r>
        <w:t>Text rozhodnutia</w:t>
      </w:r>
    </w:p>
    <w:p>
      <w:r>
        <w:t>Súd: Krajský súd Bratislava Spisová značka: 4Co/429/2015 Identifikačné číslo súdneho spisu: 1714208109 Dátum vydania rozhodnutia: 30. 11. 2017 Meno a priezvisko sudcu, VSÚ: JUDr. Michaela Frimmelová ECLI: ECLI:SK:KSBA:2017:1714208109.2 Opravné uznesenie Krajský súd v Bratislave v senáte zloženom z predsedníčky senátu JUDr. Michaely Frimmelovej a sudcov Mgr. Ingrid Degmovej Pospíšilovej a JUDr. Valérie Kleinovej v právnej veci žalobcu: BL Telecom collection, s.r.o., IČO: 47 150 513, so sídlom Šoltésovej 14, Bratislava, zast. SOUKENÍK - ŠTRPKA, s.r.o., IČO: 36 862 711, so sídlom Šoltésovej 14, Bratislava, proti žalovanému: I. T., L.. XX.XX.XXXX, J. B. X, C., o zaplatenie sumy 562,39 Eur s príslušenstvom, na odvolanie žalovaného proti rozsudku Okresného súdu Pezinok zo dňa 20. mája 2015 č.k. 8C 8/2015-26 v spojení s opravným uznesením zo dňa 22. júla 2015 č.k. 8C 8/2015-37, o návrhu žalobcu na vydanie opravného uznesenia, takto r o z h o d o l : Odvolací súd o p r a v u j e záhlavie rozsudku Krajského súdu v Bratislave č.k. 4Co 429/2015-50 zo dňa 27.09.2017 v časti označenia žalobcu tak, že správne má znieť: „BL Telecom collection, s.r.o., IČO: 47 150 513, so sídlom Šoltésovej 14, Bratislava“. o d ô v o d n e n i e : 1. Krajský súd v Bratislave, ako súd odvolací, rozsudkom č.k. 4Co 429/2015-50 zo dňa 27.09.2017 rozhodol tak, že rozsudok súdu prvej inštancie v napadnutej časti týkajúcej sa povinnosti žalovaného zaplatiť žalobcovi istinu 191,08 Eur s príslušenstvom potvrdil a žalobcovi priznal nárok na náhradu trov odvolacieho konania v plnom rozsahu. 2. Podaním zo dňa 03.11.2017, doručeným odvolaciemu súdu dňa 08.11.2017, požiadal žalobca prostredníctvom svojho právneho zástupu o vydanie opravného uznesenia k tomuto rozsudku podľa ust. § 224 CSP z dôvodu, že v záhlaví písomného vyhotovenia tohto rozhodnutia došlo pri jeho označení k zrejmej chybe v písaní, nakoľko má byť správne označený BL Telecom collection, s.r.o., IČO: 47 150 513, so sídlom Šoltésovej 14, Bratislava a nie BL Telecom debt, s.r.o., IČO: 45 535 108, so sídlom Šoltésovej 14, Bratislava. 3. Podľa ust. § 378 ods. 1 CSP, na konanie na odvolacom súde sa primerane použijú ustanovenia o konaní pred súdom prvej inštancie, ak tento zákon neustanovuje inak. 4. Podľa ust. § 224 CSP, súd kedykoľvek aj bez návrhu opraví v rozsudku chyby v písaní a počítaní, ako aj iné zrejmé nesprávnosti. O oprave súd vydá opravné uznesenie, ktoré doručí subjektom konania. 5. Z predloženého spisu (predovšetkým zo žaloby) odvolací súd zistil, že v predmetnom spore je žalobcom spoločnosť BL Telecom collection, s.r.o., IČO: 47 150 513, so sídlom Šoltésovej 14, Bratislava. Z aktuálneho výpisu z obchodného registra týkajúceho sa žalobcu vyplýva, že žalobca vystupuje pod obchodným menom BL Telecom collection, s.r.o., s identifikačným číslom: 47 150 513 a sídlom Šoltésovej 14, Bratislava. Vychádzajúc z týchto skutočností a zo záhlavia písomného vyhotovenia dotknutého rozsudku (č.k. 4Co 429/2015-50 zo dňa 27.09.2017), v ktorom je žalobca označený ako BL Telecom debt, s.r.o., IČO: 45 535 108, so sídlom Šoltésovej 14, Bratislava, potom dospel k záveru, že v záhlaví písomného vyhotovenia tohto rozsudku žalobcu nesprávne označil (nesprávne uviedol jeho obchodné meno a identifikačné číslo). 6. Nakoľko zo strany odvolacieho súdu došlo pri písomnom vyhotovení rozsudku č.k. 4Co 429/2015-50 zo dňa 27.09.2017 v záhlaví, v časti označenia žalobcu k zrejmej nesprávnosti spočívajúcej v nesprávnom označení (obchodného mena a identifikačného čísla) žalobcu, odvolací súd vzniknuté pochybenie týmto opravným uznesením, postupom podľa ust. § 224 a § 378 ods. 1 CSP, odstránil. 7. Toto rozhodnutie bolo prijaté senátom Krajského súdu v Bratislave pomerom hlasov 3:0. Poučenie: Proti tomuto uzneseniu možno podať odvolanie v lehote 15 dní odo dňa jeho doručenia, na Krajský súd v Bratislave, písomne (§ 357 písm. f/ CSP). 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Rozsah, v akom sa rozhodnutie napáda môže odvolateľ meniť len do uplynutia lehoty na podanie odvolania.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w:t>
      </w:r>
    </w:p>
    <w:p/>
    <w:p>
      <w:r>
        <w:t>Zdroj: KAUZIS.SK – https://www.kauzis.sk/judikatura/r/ECLI:SK:KSBA:2017:1714208109.2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