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5Co/239/2017 z 27. 8. 2017</w:t>
      </w:r>
    </w:p>
    <w:p>
      <w:r>
        <w:t>Uznesenie Krajského súdu Bratislava z 27. augusta 2017, sp. zn. 5Co/239/2017, ECLI:SK:KSBA:2017:1716205261.1</w:t>
      </w:r>
    </w:p>
    <w:p>
      <w:r>
        <w:t>Súd: Krajský súd Bratislava</w:t>
      </w:r>
    </w:p>
    <w:p>
      <w:r>
        <w:t>Spisová značka: 5Co/239/2017</w:t>
      </w:r>
    </w:p>
    <w:p>
      <w:r>
        <w:t>ECLI: ECLI:SK:KSBA:2017:1716205261.1</w:t>
      </w:r>
    </w:p>
    <w:p>
      <w:r>
        <w:t>Dátum vydania: 27.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5Co/239/2017 Identifikačné číslo súdneho spisu: 1716205261 Dátum vydania rozhodnutia: 28. 08. 2017 Meno a priezvisko sudcu, VSÚ: JUDr. Juraj Považan ECLI: ECLI:SK:KSBA:2017:1716205261.1 Uznesenie Krajský súd v Bratislave v senáte zloženom z predsedu senátu JUDr. Juraja Považana a členov senátu JUDr. Janky Richterovej a JUDr. Milana Chalupku v právnej veci žalobcu: H. D., X.. X.X.XXXX, L. H., F. Č.. XX, zastúpeného JUDr. Zuzanou Motáčkovou, advokátkou so sídlom v Modre, Kellenbergerova č. 2, proti žalovaným: 1/ H. S., X.. X.X.XXXX a 2/ H. S., X.. X.X.XXXX, S. L. G., X. Č.. XXX, o zaplatenie 3.740,- € s prísl., na odvolanie žalobcu proti uzneseniu Okresného súdu Pezinok zo dňa 12. januára 2017 č. k. 39C/218/16-41 takto r o z h o d o l : Odvolací súd odvolacie konanie z a s t a v u j e . Žalovaným 1/ a 2/ náhradu trov odvolacieho konania nepriznáva. o d ô v o d n e n i e : 1.Napadnutým uznesením súd prvej inštancie z dôvodu späťvzatia žaloby zastavil konanie o vydanie bezdôvodného obohatenia. Žalovaným nepriznal náhradu trov konania. 2.Proti výroku o trovách konania podal včas odvolanie žalobca, domáhajúc sa priznania ich náhrady. Pred rozhodnutím odvolacieho súdu zobral žalobca svoje odvolanie v celom rozsahu späť. 3.Podľa § 369 ods. 1 CSP dokiaľ o odvolaní nebolo rozhodnuté, možno ho vziať späť. 4.Podľa § 369 ods. 3 CSP ak sa odvolanie, o ktorom nebolo rozhodnuté, vzalo späť, odvolací súd odvolacie konanie zastaví. 5.Vzhľadom na dispozitívny procesný úkon žalobcu (späťvzatie odvolania) postupoval odvolací súd podľa zhora citovaného zákonného ustanovenia a odvolacie konanie zastavil. 6.Právoplatnosť napadnutého rozhodnutia nastane, ako keby k podaniu odvolania nedošlo (§ 369 ods. 2 CSP). 7. Žalovaným nepriznal náhradu trov odvolacieho konania, pretože im žiadne nevznikli (§ 396 ods. 1 v spojení s § 256 ods.1 CSP). 8.Rozhodnutie prijal senát odvolacieho súdu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https://www.kauzis.sk/judikatura/r/ECLI:SK:KSBA:2017:1716205261.1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