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1Cbi/2/2014 z 8. 6. 2017</w:t>
      </w:r>
    </w:p>
    <w:p>
      <w:r>
        <w:t>Uznesenie Krajského súdu Bratislava z 8. júna 2017, sp. zn. 1Cbi/2/2014, ECLI:SK:KSBA:2017:2113227722.2</w:t>
      </w:r>
    </w:p>
    <w:p>
      <w:r>
        <w:t>Súd: Krajský súd Bratislava</w:t>
      </w:r>
    </w:p>
    <w:p>
      <w:r>
        <w:t>Spisová značka: 1Cbi/2/2014</w:t>
      </w:r>
    </w:p>
    <w:p>
      <w:r>
        <w:t>ECLI: ECLI:SK:KSBA:2017:2113227722.2</w:t>
      </w:r>
    </w:p>
    <w:p>
      <w:r>
        <w:t>Dátum vydania: 8.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1Cbi/2/2014 Identifikačné číslo súdneho spisu: 2113227722 Dátum vydania rozhodnutia: 09. 06. 2017 Meno a priezvisko sudcu, VSÚ: Mgr. Martina Ondrušková ECLI: ECLI:SK:KSBA:2017:2113227722.2 Uznesenie Krajský súd v Bratislave v právnej veci žalobcu: Slovenská konsolidačná, a.s., Cintorínska 21, Bratislava, IČO: 35 776 005, proti žalovanému: Slovenská správcovská a reštrukturalizačná, k. s., Dunajská 48, Bratislava, správca konkurznej podstaty úpadcu: Alpha Pro Sport s.r.o., Rovná 11, 926 01 Sereď, IČO: 36 246 492, o určenie pohľadávky vo výške 281,44 EUR za pohľadávku proti podstate a o výške náhrady trov odvolacieho konania, takto r o z h o d o l : Žalovaný je p o v i n n ý zaplatiť žalobcovi náhradu trov odvolacieho konania v sume 0,- EUR. o d ô v o d n e n i e : 1. Krajský súd v Bratislave ako súd prvej inštancie rozsudkom č. k. 1Cbi/2/2014-63 zo dňa 10.7.2014 určil, že pohľadávka žalobcu Slovenská konsolidačná, a.s., vzniknutá z titulu vyplatených dávok garančného poistenia, uplatnená v konkurznom konaní sp. zn. 25K 8/2013, vedenom na majetok úpadcu Alpha Pro Sport s.r.o., so sídlom Rovná 11, Sereď, IČO: 36 246 492, prihláškou pohľadávky proti podstate zo dňa 27.8.2013 a popretá správcom konkurznej podstaty Slovenská správcovská a reštrukturalizačná, k. s. vo výške 281,44 EUR listom zo dňa 23.9.2013, je pohľadávkou proti podstate. Žalobcovi súd nepriznal právo na náhradu trov konania s odôvodením, že napriek tomu, že bol v konaní úspešný, žiadne trovy mu nevznikli. Proti tomuto rozsudku podal odvolanie žalovaný, ku ktorému sa vyjadril žalobca. Najvyšší súd SR ako súd odvolací rozsudkom č. k. 2Obo/21/2016 zo dňa 20.4.2017 napadnutý rozsudok súdu prvej inštancie potvrdil a rozhodol, že žalobca má nárok na náhradu trov odvolacieho konania. Rozsudok súdu prvej inštancie v spojení s rozsudkom odvolacieho súdu nadobudol právoplatnosť dňa 6.6.2017. 2. Podľa § 251 C.s.p. trovy konania sú všetky preukázané, odôvodnené a účelne vynaložené výdavky, ktoré vzniknú v konaní v súvislosti s uplatňovaním alebo bránením práva. 3. Podľa § 255 ods. 1 C.s.p. súd prizná strane náhradu trov konania podľa pomeru jej úspechu vo veci. 4. Podľa § 262 ods. 1 a 2 C.s.p. o nároku na náhradu trov konania rozhodne aj bez návrhu súd v rozhodnutí, ktorým sa konanie končí. (2) O výške náhrady trov konania rozhodne súd prvej inštancie po právoplatnosti rozhodnutia, ktorým sa konanie končí, samostatným uznesením, ktoré vydá súdny úradník. 5. Z obsahu spisu vyplýva, že žalobcovi v odvolacom konaní nevznikli žiadne trovy konania vrátane trov právneho zastúpenia, a preto aj napriek tomu, že bol v odvolacom konaní plne úspešný, súd rozhodol tak, ako je uvedené vo výroku tohto uznesenia. Poučenie: Proti tomuto uzneseniu je prípustná sťažnosť, ktorú môže podať ten, v koho neprospech bolo uznesenie vydané, v lehote 15 dní odo dňa jeho doručenia na Krajskom súde v Bratislave. Sťažnosť len proti dôvodom uznesenia nie je prípustná. V sťažnosti sa uvedie, ktorému súdu je určená, kto ju robí, ktorej veci sa týka, čo sa ňou sleduje, spisová značka, proti ktorému uzneseniu smeruje, v čom sa postup alebo uznesenie súdu považuje za nesprávne a čoho sa sťažovateľ domáha. Sťažnosť musí byť podpísaná a musí byť predložená v potrebnom počte rovnopisov s prílohami tak, aby sa jeden rovnopis s prílohami mohol založiť do súdneho spisu a aby každý ďalší subjekt dostal jeden rovnopis s prílohami. Ak sa nepredloží potrebný počet rovnopisov a príloh, súd vyhotoví kópie sťažnosti na trovy toho, kto sťažnosť podal.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 V sťažnosti možno uvádzať nové skutočnosti a dôkazy, ak je to so zreteľom na povahu a okolnosti sporu možné a účelné (§ 239 až § 250 C.s.p.).</w:t>
      </w:r>
    </w:p>
    <w:p/>
    <w:p>
      <w:r>
        <w:t>Zdroj: KAUZIS.SK – https://www.kauzis.sk/judikatura/r/ECLI:SK:KSBA:2017:2113227722.2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