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3Cbi/2/2016 z 17. 7. 2017</w:t>
      </w:r>
    </w:p>
    <w:p>
      <w:r>
        <w:t>Uznesenie Krajského súdu Bratislava z 17. júla 2017, sp. zn. 3Cbi/2/2016, ECLI:SK:KSBA:2017:2115225829.1</w:t>
      </w:r>
    </w:p>
    <w:p>
      <w:r>
        <w:t>Súd: Krajský súd Bratislava</w:t>
      </w:r>
    </w:p>
    <w:p>
      <w:r>
        <w:t>Spisová značka: 3Cbi/2/2016</w:t>
      </w:r>
    </w:p>
    <w:p>
      <w:r>
        <w:t>ECLI: ECLI:SK:KSBA:2017:2115225829.1</w:t>
      </w:r>
    </w:p>
    <w:p>
      <w:r>
        <w:t>Dátum vydania: 17. 7. 2017</w:t>
      </w:r>
    </w:p>
    <w:p>
      <w:r>
        <w:t>Forma: Uznesenie</w:t>
      </w:r>
    </w:p>
    <w:p>
      <w:pPr>
        <w:pStyle w:val="Heading2"/>
      </w:pPr>
      <w:r>
        <w:t>Text rozhodnutia</w:t>
      </w:r>
    </w:p>
    <w:p>
      <w:r>
        <w:t>Súd: Krajský súd Bratislava Spisová značka: 3Cbi/2/2016 Identifikačné číslo súdneho spisu: 2115225829 Dátum vydania rozhodnutia: 18. 07. 2017 Meno a priezvisko sudcu, VSÚ: JUDr. Miroslava Janečková ECLI: ECLI:SK:KSBA:2017:2115225829.1 Uznesenie Krajský súd v Bratislave v senáte zloženom z predsedníčky senátu JUDr. Miroslavy Janečkovej a členov senátu JUDr. Eleny Ondrišovej a Mgr. Štefana Zelenáka v právnej veci žalobcu Všeobecná zdravotná poisťovňa, a.s., Panónska cesta 2, 851 04 Bratislava, IČO: 35 937 874, proti žalovanému JUDr. Stanislavovi Volárovi, Kukučínova 11, 921 04 Piešťany, správca konkurznej podstaty úpadcu NASK, s.r.o., Ľudovíta Štúra 5, 932 01 Veľký Meder, IČO: 36 245 950, o určenie popretej pohľadávky, jednohlasne takto r o z h o d o l : Krajský súd v Bratislave p r i p ú š ť a, aby do konania na miesto žalobcu vstúpila ako nový žalobca spoločnosť Slovenská konsolidačná, a.s., Cintorínska 21, Bratislava, IČO: 35 776 005. o d ô v o d n e n i e : 1. Dňa 28.6.2016 bol súdu doručený návrh spoločnosti Slovenská konsolidačná, a.s., Cintorínska 21, Bratislava, IČO: 35 776 005 na zmenu účastníka konania na strane žalobcu. Prílohou návrhu bola Zmluva o postúpení pohľadávok č. 2/2015/VšZP-KL uzavretá medzi žalobcom a spoločnosťou Slovenská konsolidačná, a.s. dňa 9.10.2015, Dodatok č. 1 k uvedenej zmluve zo dňa 30.11.2015 a uznesenie Okresného súdu Trnava č. k. 25K/2/2015-318 zo dňa 26.1.2016, ktorým súd potvrdil prevod pohľadávok zo žalobcu na spoločnosť Slovenská konsolidačná, a.s. vo výške 185,65 EUR. Na základe uvedeného spoločnosť Slovenská konsolidačná, a.s. s poukazom na § 92 zákona č. 99/1963 Zb. Občiansky súdny poriadok (ďalej len ,,O.s.p.“) oznámila súdu zmenu žalobcu v konaní a navrhla, aby súd v konaní pokračoval so Slovenskou konsolidačnou, a.s., ktorá zároveň vyslovila súhlas so vstupom do konania na strane žalobcu. 2.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3. Podľa § 80 ods. 1 až 3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Súd vyhovie návrhu podľa odseku 1, ak sa preukáže, že po začatí konania došlo k prevodu alebo prechodu práva alebo povinnosti, a ak s tým súhlasí ten, kto má vstúpiť na miesto žalobcu. Právne účinky spojené s podaním žaloby zostávajú zachované. Ten, kto vstupuje do konania, prijíma stav konania ku dňu jeho vstupu (predtým § 92 ods. 2 a 3 O.s.p.). 4. Krajský súd v Bratislave listom zo dňa 16.6.2017 vyzval žalobcu, aby sa vyjadril, či súhlasí s vyššie uvedenou navrhovanou zmenou na strane žalobcu. 5. Dňa 13.7.2017 bola súdu doručená odpoveď žalobcu, v ktorej uviedol, že ako pôvodný veriteľ v konkurze a pôvodný žalobca súhlasí s predmetnou zmenou na strane žalobcu. 6. Krajský súd v Bratislave zistil, že po začatí konania nastala taká právna skutočnosť, s ktorou sa spája prevod alebo prechod práv a povinností, o ktorých sa koná, a to uzavretie Zmluvy o postúpení pohľadávky medzi žalobcom a spoločnosťou Slovenská konsolidačná, a.s. zo dňa 9.10.2015. Uvedenou zmluvou boli na nového žalobcu postúpené všetky práva k postúpeným pohľadávkam voči úpadcovi NASK, a.s., k ich príslušenstvu ako i všetky práva s nimi spojené. Prevod pohľadávky vo výške 185,65 EUR, ktorá je predmetom tohto konania bol potvrdený aj uznesením Okresného súdu Trnava č. k. 25K/2/2015-318 zo dňa 26.1.2016. 7. Nakoľko boli splnené podmienky uvedené v § 80 ods. 1 a 2 C.s.p. a žalobca vyslovil s navrhovanou zmenou súhlas, súd rozhodol tak, ako je uvedené vo výroku tohto uznesenia. Poučenie: Proti tomuto uzneseniu odvolanie nie je prípustné.</w:t>
      </w:r>
    </w:p>
    <w:p/>
    <w:p>
      <w:r>
        <w:t>Zdroj: KAUZIS.SK – https://www.kauzis.sk/judikatura/r/ECLI:SK:KSBA:2017:2115225829.1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