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3Cbi/11/2015 z 19. 1. 2017</w:t>
      </w:r>
    </w:p>
    <w:p>
      <w:r>
        <w:t>Uznesenie Krajského súdu Bratislava z 19. januára 2017, sp. zn. 3Cbi/11/2015, ECLI:SK:KSBA:2017:2115226229.3</w:t>
      </w:r>
    </w:p>
    <w:p>
      <w:r>
        <w:t>Súd: Krajský súd Bratislava</w:t>
      </w:r>
    </w:p>
    <w:p>
      <w:r>
        <w:t>Spisová značka: 3Cbi/11/2015</w:t>
      </w:r>
    </w:p>
    <w:p>
      <w:r>
        <w:t>ECLI: ECLI:SK:KSBA:2017:2115226229.3</w:t>
      </w:r>
    </w:p>
    <w:p>
      <w:r>
        <w:t>Dátum vydania: 19.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3Cbi/11/2015 Identifikačné číslo súdneho spisu: 2115226229 Dátum vydania rozhodnutia: 20. 01. 2017 Meno a priezvisko sudcu, VSÚ: JUDr. Daniela Meravá ECLI: ECLI:SK:KSBA:2017:2115226229.3 Uznesenie Krajský súd v Bratislave v právnej veci žalobcu: Slovenská republika zastúpená Úradom pre dohľad nad zdravotnou starostlivosťou, Žellova 2, 829 24 Bratislava, IČO: 30 796 482, proti žalovanému: I &amp; R KONKURZY A REŠTRUKTURALIZÁCIE, k.s., Šoltésovej 2, 811 08 Bratislava, IČO: 36 865 265, správca konkurznej podstaty úpadcu: SCHIMA s.r.o., 919 28 Bučany 595, IČO: 35 868 201, v konaní o určenie pravosti pohľadávky, takto r o z h o d o l : Súd podľa § 167 ods. 4 CSP v y z ý v a žalovaného, aby v lehote 15 dní od doručenia tohto uznesenia: - písomne sa vyjadril k vyjadreniu žalobcu, doručeného súdu dňa 14.11.2016, - uviedol ďalšie skutočnosti, - označil dôkazy na preukázanie svojich tvrdení. Na neskôr predložené a označené skutočnosti a dôkazy súd nemusí prihliadnuť. Vyjadrenie k vyjadreniu žalobcu žalovaný predloží s potrebným počtom rovnopisov a s prílohami tak, aby jeden rovnopis zostal na súde a aby každá strana dostala jeden rovnopis. o d ô v o d n e n i e : Po začatí súdneho konania v rámci prípravy pojednávania súd uložil stranám v konaní povinnosti a poučil ich o ich právach a povinnostiach tak, aby bolo možné vec prejednať a rozhodnúť vo veci samej.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Strany sú povinné uplatniť prostriedky procesného útoku a prostriedky procesnej obrany (najmä skutkové tvrdenia, popretie skutkových tvrdení protistrany, návrhy na vykonanie dôkazov, námietky k návrhom protistrany na vykonanie dôkazov a hmotnoprávne námietky) včas. Prostriedky procesného útoku a prostriedky procesnej obrany nie sú uplatnené včas, ak ich strana mohla predložiť už skôr, ak by konala starostlivo so zreteľom na rýchlosť a hospodárnosť konania. Na prostriedky procesného útoku a prostriedky procesnej obrany, ktoré strana nepredložila včas, nemusí súd prihliadnuť, najmä ak by to vyžadovalo nariadenie ďalšieho pojednávania alebo vykonanie ďalších úkonov súdu ( § 153 v spojení s § 149 CSP). Prostriedky procesného útoku a prostriedky procesnej obrany možno uplatniť najneskôr do vyhlásenia uznesenia, ktorým sa dokazovanie končí ( § 154 CSP).</w:t>
      </w:r>
    </w:p>
    <w:p/>
    <w:p>
      <w:r>
        <w:t>Zdroj: KAUZIS.SK – https://www.kauzis.sk/judikatura/r/ECLI:SK:KSBA:2017:2115226229.3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