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10Sd/5/2014 z 6. 11. 2017</w:t>
      </w:r>
    </w:p>
    <w:p>
      <w:r>
        <w:t>Rozsudok Krajského súdu Bratislava z 6. novembra 2017, sp. zn. 10Sd/5/2014, ECLI:SK:KSBA:2017:3013200683.7</w:t>
      </w:r>
    </w:p>
    <w:p>
      <w:r>
        <w:t>Súd: Krajský súd Bratislava</w:t>
      </w:r>
    </w:p>
    <w:p>
      <w:r>
        <w:t>Spisová značka: 10Sd/5/2014</w:t>
      </w:r>
    </w:p>
    <w:p>
      <w:r>
        <w:t>ECLI: ECLI:SK:KSBA:2017:3013200683.7</w:t>
      </w:r>
    </w:p>
    <w:p>
      <w:r>
        <w:t>Dátum vydania: 6. 11. 2017</w:t>
      </w:r>
    </w:p>
    <w:p>
      <w:r>
        <w:t>Forma: Rozsudok</w:t>
      </w:r>
    </w:p>
    <w:p>
      <w:r>
        <w:t>Oblasť práva: Správne právo</w:t>
      </w:r>
    </w:p>
    <w:p>
      <w:pPr>
        <w:pStyle w:val="Heading2"/>
      </w:pPr>
      <w:r>
        <w:t>Text rozhodnutia</w:t>
      </w:r>
    </w:p>
    <w:p>
      <w:r>
        <w:t>Súd: Krajský súd Bratislava Spisová značka: 10Sd/5/2014 Identifikačné číslo súdneho spisu: 3013200683 Dátum vydania rozhodnutia: 07. 11. 2017 Meno a priezvisko sudcu, VSÚ: JUDr. Beata Jurgošová ECLI: ECLI:SK:KSBA:2017:3013200683.7 ROZSUDOK V MENE SLOVENSKEJ REPUBLIKY Krajský súd v Bratislave sudkyňou JUDr. Beátou Jurgošovou v právnej veci navrhovateľa: D. R., nar. XX.XX.XXXX, t.č. ÚVTOS Ilava, Mierové nám. 1, 01901 Ilava proti odporkyni: Sociálna poisťovňa ústredie, Ul. 29. augusta č. 8, Bratislava, o invalidný dôchodok, takto r o z h o d o l : Súd rozhodnutie odporkyne číslo XXX XXX XXXX X zo dňa 23.5.2013 potvrdzuje. Účastníkom náhradu trov konania nepriznáva. Trovy predvedenia navrhovateľa na pojednávanie znáša Slovenská republika. o d ô v o d n e n i e : Rozhodnutím číslo XXX XXX XXXX X zo dňa 23.5.2013 odporkyňa podľa § 70 a § 71 zákona č. 461/2003 Z.z. o sociálnom poistení v znení neskorších predpisov zamietla žiadosť navrhovateľa o invalidný dôchodok zo dňa 13. mája 2013. Rozhodla tak s odôvodnením, že podľa posudku posudkového lekára Sociálnej poisťovne, pobočky Považská Bystrica zo dňa 13. mája 2013, navrhovateľ nie je invalidný, lebo pre dlhodobo nepriaznivý zdravotný stav nemá pokles schopnosti vykonávať zárobkovú činnosť o viac ako 40% v porovnaní so zdravou fyzickou osobou a miera poklesu schopnosti vykonávať zárobkovú činnosť je 35 %. Navrhovateľ návrhom zo dňa 10.6.2013 žiadal preskúmať rozhodnutie odporkyne, poukazoval na svoj nepriaznivý zdravotný stav. Súd preskúmal napadnuté rozhodnutie podľa § 250l a nasl. O.s.p., prejednal návrh navrhovateľa a dospel k záveru, že návrh nie je dôvodný. Súd vykonal dokazovanie výsluchom navrhovateľa, odporkyne, posudkom posudkového lekára Sociálnej poisťovne pobočky Považská Bystrica zo dňa 13.5.2013, posudkom posudkového lekára Sociálnej poisťovne ústredie Bratislava zo dňa 15.8.2013 a 8.6.2015, oboznámil sa s posudkovým spisom odporkyne a zistil tento skutkový stav. Podľa § 70 ods. 1 zákona č. 461/2003 Z.z. o sociálnom poistení v znení zákona. č. 439/2004 Z.z.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73 ods. 2 cit. zákona suma invalidného dôchodku poistenca, ktorý má percentuálny pokles schopnosti vykonávať zárobkovú činnosť najviac o 70%,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Hodnotenie miery zhoršenia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Podľa § 112 ods. 4 zákona č. 461/2003 Z.z. o sociálnom poistení v znení neskorších predpisov výplata dávky sa zastaví, uvoľní alebo sa dávka vypláca v nižšej sume alebo vo vyššej sume, ak sa zmenia skutočnosti rozhodujúce na nárok na výplatu dávky. V posudzovanej veci žiadosť navrhovateľa o invalidný dôchodok bola zamietnutá. Podľa posudku posudkového lekára sociálneho poistenia Sociálnej poisťovne pobočky Považská Bystrica zo dňa 13.5.2013, navrhovateľ nie je invalidný podľa § 71 ods. 1 zákona č. 461/2003 Z.z. o sociálnom poistení v znení neskorších predpisov, lebo má mieru poklesu schopnosti vykonávať zárobkovú činnosť 35 % v porovnaní so zdravou fyzickou osobou. Rozhodujúcim zdravotným postihnutím u navrhovateľa bolo zdravotné postihnutie zaradené do kapitoly V, položka 7 písm. a) prílohy č. 4 zákona č. 461/2003 Z.z., kde mieru poklesu schopnosti vykonávať zárobkovú činnosť stanovil na 35 %. Na ostatné ochorenia, ktoré nie sú rozhodujúcim zdravotným postihnutím, ale svojou podstatou neovplyvňujú funkčný stav organizmu, posudkový lekár nenavýšil percentuálnu mieru poklesu schopnosti zárobkovej činnosti o 0 % (najviac o 10 %). Navrhovateľ podal dňa 10.6.2013 opravný prostriedok, v ktorom poukázal na svoj nepriaznivý zdravotný stav. Posudkový lekár Sociálnej poisťovne pobočka Bratislava v posudku zo dňa 15.8.2013 uviedol, že navrhovateľ bol posúdený dňa 13.5.2013 s MPSVZČ 35 % . V rokoch 2009 -2010 opakovane bol hospitalizovaný na psychiatrickej klinike pre akútnu psychotickú poruchu pri užívaní viacerých návykových látok, pričom nebolo možné spoľahlivo vylúčiť aj simuláciu príznakov. Odvtedy je sledovaný ambulantným psychiatrom, počas pobytu vo výkone trestu ako epizóda ľahkej depresie a poruchy osobnosti a správania spôsobené užívaním drog. Uvedený zdravotný stav navrhovateľa nespĺňa posudkové kritéria na vznik invalidity, ide o posudkovo nevýznamné ochorenie, liečbou dobre kompenzované. Vzhľadom na uvedené zvolil MPSVZČ 35 %. Ďalej uviedol, že navrhovateľ nie je invalidný. Rozhodujúcim zdravotným postihnutím sú duševné choroby a poruchy správania (Kapitola V, položka 7, písm. a) prílohy č. 4 k zákonu č. 461/2003 Z.z.). Posudkový lekár Sociálnej poisťovne ústredie Bratislava v posudku zo dňa 8.6.2015 uviedol, že zdravotný stav navrhovateľa nespĺňa kritériá pre priznanie invalidity, pretože žiadne z jeho diagnostikovaných ochorení a porúch osobitne, ani po prípadnom zvýšení nedosahuje MPSVZČ nad 40 %. Závislosť od psychoaktívnych látok bola počas posledných lekárskych nálezov z ÚVTOS v remisii, porucha osobnosti u navrhovateľa je povahová vlastnosť, ktorá ho nabáda k páchaniu trestnej činnosti, bez ohľadu na škody, ktoré napácha iným. Nejedná sa o posudkovo významné ochorenie. Konštatoval, že navrhovateľ nespĺňa posudkové kritériá pre priznanie invalidity. Ďalej uviedol, že navrhovateľ nie je invalidný podľa § 71 ods. 1 zákona č. 461/2003 Z.z. o sociálnom poistení, lebo pre dlhodobo nepriaznivý zdravotný stav nemá pokles schopnosti vykonávať zárobkovú činnosť o viac ako 40 % v porovnaní so zdravou fyzickou osobou. Miera poklesu schopnosti vykonávať zárobkovú činnosť v percentách je 35 %. Zástupkyňa odporkyne uviedla, že trvá na vecnej správnosti rozhodnutia, ktoré navrhovateľ napadol opravným prostriedkom. Žiadala napadnuté rozhodnutie zo dňa 23.05.2013 potvrdiť. Posudkový lekár sociálneho poistenia Sociálnej poisťovne pobočka Považská Bystrica ako aj posudkoví lekári sociálneho poistenia Sociálnej poisťovne ústredie Bratislava vo svojich vyššie uvedených posudkoch zohľadnili všetky navrhovateľom uvádzané ťažkosti a vysporiadali sa s lekárskymi nálezmi nachádzajúcimi sa v zdravotnej dokumentácii navrhovateľa. Podľa záverov posudkových lekárov sociálneho poistenia zhoršenie zdravotného stavu navrhovateľa nie je na takej úrovni, ktorá by podľa ustanovenia § 71 zákona č. 461/2003 Z.z. o sociálnom poistení v znení neskorších predpisov zakladala vznik invalidity. Posudkový lekár sociálneho poistenia v posudku, určil u navrhovateľa mieru poklesu schopnosti vykonávať zárobkovú činnosť 35 % v porovnaní so zdravou fyzickou osobou. Navrhovateľ predloženými odbornými lekárskymi nálezmi nepreukázal, že jeho zdravotný stav odôvodňuje vznik invalidity. Posudkový lekár určil, že rozhodujúcim zdravotným postihnutím u navrhovateľa sú duševné choroby a poruchy správania, duševné poruchy a poruchy správania spôsobené užívaním psychoaktívnych látok (alkoholizmus, toxikománia), stredne ťažká forma, F19 (kapitola V, položka 7.a) prílohy č. 4 zákona č. 461/2003 Z.z.). Určil mieru poklesu schopnosti vykonávať zárobkovú činnosť 35 %. Za ostatné ochorenia nezvýšil percentuálnu mieru. Celková miera poklesu schopnosti vykonávať zárobkovú činnosť u navrhovateľa je 35 %. Navrhovateľ nie je invalidný podľa § 71 ods. 1 zákona č. 461/2003 Z.z. o sociálnom poistení, lebo pre dlhodobo nepriaznivý zdravotný stav nemá pokles schopnosti vykonávať zárobkovú činnosť o viac ako 40 % v porovnaní so zdravou fyzickou osobou. Zistenia posudkových lekárov neboli spochybnené ani v súdnom konaní, nakoľko ani novšie lekárske nálezy nepreukázali zhoršenie zdravotného stavu navrhovateľa. Závery posudkov posudkových lekárov sú odborné, presvedčivé, náležite zdôvodnené a súd nezistil rozpor medzi ich závermi a zisteným skutočným stavom. Krajský súd preto z vyššie uvedených dôvodov napadnuté rozhodnutie odporkyne číslo XXX XXX XXXX X zo dňa 23.5.2013 podľa § 250q ods. 2 O.s.p. ako vecne správne potvrdil. O trovách konania súd rozhodol podľa § 250k ods. 1 v spojení s § 250l ods. 2 O.s.p. Navrhovateľ nebol v konaní úspešný, a odporkyni trovy konania neprislúchajú. O trovách predvedenia navrhovateľa na súdne pojednávanie súd rozhodol tak, že tieto znáša Slovenská republika. Podľa ustanovenia § 492 ods. 1 SSP konania podľa tretej hlavy piatej časti Občianskeho súdneho poriadku začaté predo dňom nadobudnutia účinnnosti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https://www.kauzis.sk/judikatura/r/ECLI:SK:KSBA:2017:3013200683.7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