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1S/82/2016 z 21. 6. 2017</w:t>
      </w:r>
    </w:p>
    <w:p>
      <w:r>
        <w:t>Uznesenie Krajského súdu Bratislava z 21. júna 2017, sp. zn. 1S/82/2016, ECLI:SK:KSBA:2017:4015201240.2</w:t>
      </w:r>
    </w:p>
    <w:p>
      <w:r>
        <w:t>Súd: Krajský súd Bratislava</w:t>
      </w:r>
    </w:p>
    <w:p>
      <w:r>
        <w:t>Spisová značka: 1S/82/2016</w:t>
      </w:r>
    </w:p>
    <w:p>
      <w:r>
        <w:t>ECLI: ECLI:SK:KSBA:2017:4015201240.2</w:t>
      </w:r>
    </w:p>
    <w:p>
      <w:r>
        <w:t>Dátum vydania: 21. 6. 2017</w:t>
      </w:r>
    </w:p>
    <w:p>
      <w:r>
        <w:t>Forma: Uznesenie</w:t>
      </w:r>
    </w:p>
    <w:p>
      <w:pPr>
        <w:pStyle w:val="Heading2"/>
      </w:pPr>
      <w:r>
        <w:t>Text rozhodnutia</w:t>
      </w:r>
    </w:p>
    <w:p>
      <w:r>
        <w:t>Súd: Krajský súd Bratislava Spisová značka: 1S/82/2016 Identifikačné číslo súdneho spisu: 4015201240 Dátum vydania rozhodnutia: 22. 06. 2017 Meno a priezvisko sudcu, VSÚ: JUDr. Zuzana Mališová ECLI: ECLI:SK:KSBA:2017:4015201240.2 Uznesenie Krajský súd v Bratislave v právnej veci žalobcu: V.. N. Y., Y.. N.. T. XXXX/XX, XXX XX W., proti žalovanému: Ministerstvo financií Slovenskej republiky, Štefanovičova 5, 817 82 Bratislava, o preskúmanie zákonnosti rozhodnutia žalovaného č. MF/020223/2015-243 zo dňa 03.11.2015, takto r o z h o d o l : Krajský súd v Bratislave konanie z a s t a v u j e . Žiaden z účastníkov konania n e m á právo na náhradu trov konania. Krajský súd v Bratislave v r a c i a žalobcovi súdny poplatok vo výške 63,30 eura prostredníctvom Slovenskej pošty, a.s. - prevádzkovateľ systému, IČO 36 631 124, so sídlom Partizánska cesta 9, 975 99 Banská Bystrica. Poplatok bude vrátený po nadobudnutí právoplatnosti tohto uznesenia. o d ô v o d n e n i e : 1. Žalobou pôvodne doručenou Krajskému súdu v Nitre, následne uznesením č.k. 11S/268/2015-15 zo dňa 26.02.2016 postúpenou tunajšiemu správnemu súdu dňa 12.04.2016, sa žalobca domáhal preskúmania zákonnosti rozhodnutia žalovaného č. MF/020223/2015-243 zo dňa 03.11.2015, ktorým zmenil odvolaním napadnuté rozhodnutie Správy finančnej kontroly Bratislava zo dňa 21.08.2015 č. I/320/97/2015 tak, že účastník konania Ing. Jozef Kosorín (žalobca) je povinný odviesť finančné prostriedky vo výške porušenia finančnej disciplíny v sume 2.411,36 eur na účet vedený v Štátnej pokladnici najneskôr do 15 dní od právoplatnosti rozhodnutia. V prípade nezaplatenia odvodu v stanovenom termíne je povinnosťou zaplatiť penále vo výške 0,1 % zo sumy, v ktorej došlo k porušeniu finančnej disciplíny, za každý aj začatý deň omeškania s úhradou uloženého odvodu na účet vedený v štátnej pokladnici.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Krajský súd v Bratislave výzvou zo dňa 13.04.2016 vyzval žalobcu, aby do 15 dní od doručenia tejto výzvy súdu oznámil advokáta na zastupovanie v predmetnom konaní, pretože v správnom súdnictve je zastupovanie advokátom povinné a záverom ho poučil, že ak tak nespraví, konanie bude v zmysle § 250d ods. 3 O.s.p. zastavené. 4. Na základe výzvy, ktorá bola žalobcovi doručená dňa 25.04.2016, žalobca podaním zo dňa 02.05.2016 súdu oznámil, že v predmetnom konaní advokáta nepotrebuje a v konaní sa hodlá zastupovať sám. 5.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Advokátom je osoba zapísaná v zozname vedenom Slovenskou advokátskou komorou podľa zákona č. 586/2003 Z. z. o advokácii a o zmene a doplnení zákona č. 455/1991 Zb. o živnostenskom podnikaní (živnostenský zákon) v znení neskorších predpisov. 8. Podľa § 97 SSP, ak tento zákon neustanovuje inak, správny súd kedykoľvek počas konania prihliada na to, či sú splnené podmienky, za ktorých môže správny súd konať a rozhodnúť (ďalej len "procesné podmienky"). 9. Podľa § 491 ods. 1 SSP, ak nie je ďalej ustanovené inak, platí tento zákon aj na konania začaté podľa piatej časti Občianskeho súdneho poriadku predo dňom nadobudnutia jeho účinnosti. 10.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11.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12.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13. Keďže žalobca nedoložil splnomocnenie udelené na jeho zastupovanie v konaní riadne a včas, pričom bol na predloženie plnomocenstva súdom vyzvaný, správny súd postupoval v súlade s § 25 SSP v spojení s § 161 ods. 3 CSP a predmetné konanie zastavil. 14. O náhrade trov konania správny súd rozhodol podľa § 170 písm. b) SSP tak, že žiaden z účastníkov nemá právo na náhradu trov konania, nakoľko konanie bolo zastavené. 15. Podľa § 11 ods. 3 veta tretia zákona č. 71/1992 Zb. o súdnych poplatkoch a poplatku za výpis z registra trestov, v konaní pred správnym súdom sa poplatok vráti, ak sa konanie zastavilo, ak sa správna žaloba, kasačná sťažnosť alebo žaloba na obnovu konania odmietla alebo vzala späť pred prejednaním veci. 16. Podľa § 11 ods. 4 veta prvá zákona č. 71/1992 Zb. o súdnych poplatkoch a poplatku za výpis z registra trestov, okrem poplatku v konaní o rozvod manželstva a poplatku, ktorý sa vracia podľa odseku 1, sa poplatok alebo jeho časť (preplatok) vracia krátený o 1%, najmenej však 6,70 eura. 17. S poukazom na citované zákonné ustanovenia správny súd vracia žalobcovi krátený súdny poplatok vo výške 63,30 eura prostredníctvom prevádzkovateľa systému - Slovenskej pošty, a.s. 18.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https://www.kauzis.sk/judikatura/r/ECLI:SK:KSBA:2017:4015201240.2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