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1Cbi/3/2014 z 25. 9. 2017</w:t>
      </w:r>
    </w:p>
    <w:p>
      <w:r>
        <w:t>Uznesenie Krajského súdu Bratislava z 25. septembra 2017, sp. zn. 1Cbi/3/2014, ECLI:SK:KSBA:2017:4113216630.2</w:t>
      </w:r>
    </w:p>
    <w:p>
      <w:r>
        <w:t>Súd: Krajský súd Bratislava</w:t>
      </w:r>
    </w:p>
    <w:p>
      <w:r>
        <w:t>Spisová značka: 1Cbi/3/2014</w:t>
      </w:r>
    </w:p>
    <w:p>
      <w:r>
        <w:t>ECLI: ECLI:SK:KSBA:2017:4113216630.2</w:t>
      </w:r>
    </w:p>
    <w:p>
      <w:r>
        <w:t>Dátum vydania: 25.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1Cbi/3/2014 Identifikačné číslo súdneho spisu: 4113216630 Dátum vydania rozhodnutia: 26. 09. 2017 Meno a priezvisko sudcu, VSÚ: JUDr. Soňa Pekarčíková ECLI: ECLI:SK:KSBA:2017:4113216630.2 Uznesenie Krajský súd v Bratislave, v senáte zloženom z predsedníčky senátu Mgr.Soňa Pekarčíková a členov senátu JUDr. Andrea Haitová a JUDr. Andrea Sedláčková, v právnej veci žalobcu: STAS - stavby a sanácie, s.r.o., so sídlom Bulharská 37/1, 917 00 Trnava, IČO: 34 121 382, zast. JUDr. Mariánom Haršánym, advokátom, Hlavná 31, 917 01 Trnava, v konaní takto r o z h o d o l : Súd v y z ý v a žalobcu, aby v lehote 15 dní od doručenia tohto uznesenia svoje podanie zo dňa 17.5.2013, ktoré by podľa svojho obsahu mohlo byť žalobou: - d o p l n i l o označenie kto je žalovaným v predmetnej veci tak, aby bolo uvedené, či je žalovaným fyzická osoba, alebo právnická osoba, - d o p l n i l o opísanie rozhodujúcich skutočností, t.j. skutočností, o ktoré opiera svoje nároky a z ktorých vyplývajú jeho nároky, prípadne aj s uvedením odkazov na právny predpis na ktorý sa odvoláva, - d o p l n i l tak, aby z podania bolo zrejmé, ktorej veci sa týka, čo sa ním sleduje a čoho sa žalobca domáha - mal by uviesť určitý, zrozumiteľný a vykonateľný petit (návrh výroku ako má súd rozhodnúť vo veci samej tak, aby návrh výroku mohol byť prevzatý do výroku súdneho rozhodnutia za splnenia podmienky jeho vykonateľnosti), - d o p l n i l o dôkazy, na ktoré sa žalobca odvoláva a ktorých povaha to pripúšťa okrem tých, ktoré nemôže pripojiť bez svojej viny, ktoré je vhodné označiť. Opravené a doplnené podanie žalobca predloží s potrebným počtom rovnopisov a s prílohami tak, aby jeden rovnopis zostal na súde a aby každá zo strán obdržala jeden rovnopis. o d ô v o d n e n i e : Tunajšiemu súdu bolo dňa 17.5.2013 doručené podanie žalobcu zo dňa 14.5.2013, ktoré by podľa svojho obsahu mohlo byť žalobou. Žalobca v žalobe zo dňa 17.5.2013 označil žalovaného: JUDr. Otília Groissová, advokátka, so sídlom AK, Pod Zlatým brehom 23, 949 01 Nitra, správca konkurznej podstaty úpadcu VODOSTAV - SV, a.s., Drieňová 7, 826 55 Bratislava, IČO : 35 787 261. Nakoľko na základe rozhodnutia Krajského súdu v Bratislave č.k. 2K 57/2005-1418 zo dňa 8.12.2015 bol konkurz, vyhlásený na majetok úpadcu VODOSTAV - SV, a.s., Bratislava, IČO: 35 787 261 zrušený z dôvodu, že súd zistil, že nie sú splnené predpoklady pre konkurz v zmysle § 44 ods. 1 pís. a/ ZKV, t.j. nezostali žiadne finančné prostriedky na uspokojenie pohľadávok konkurzných veriteľov proti podstate, oddeleného veriteľa a pohľadávok ostatných konkurzných veriteľov a JUDr. Otília Groissová, advokátka, bola zbavená funkcie správcu konkurznej podstaty v zmysle § 44 ods. 1 písm. d/ ZKV, bude potrebné tento nedostatok odstrániť. V petite návrhu je potrebné spresniť výšku škody, ktorej náhrady sa v tomto incidenčnom konaní domáhate, teda upresniť petit žaloby tak, aby bol tento vykonateľný. Z dôvodu, že konkurz na úpadcu VODOSTAV -SV, a.s. Bratislava, tak ako je hore uvedené, bol pre nedostatok majetku zrušený a spoločnosť úpadcu bola ku dňu 21.3.2017 ex offo vymazaná z obchodného registra, Vás týmto žiadam o oznámenie, či na podanej žalobe v incidenčnom konaní trváte , resp. či návrh beriete späť . V prípade, že na podanej žalobe trváte, bude potrebné odstrániť hore uvedené nedostatky žaloby, bez odstránenia ktorých nie je možné v konaní riadne pokračovať. Podľa § 127 ods. 1 CSP, ak zákon na podanie nevyžaduje osobitné náležitosti, v podaní sa uvedie a) ktorému súdu je určené, b) kto ho robí, c) ktorej veci sa týka, d) čo sa ním sleduje a e) podpis. Podľa § 132 CSP sa v žalobe okrem všeobecných náležitostí podania uvedie označenie strán, pravdivé a úplné opísanie rozhodujúcich skutočností, označenie dôkazov na ich preukázanie a žalobný návrh. Opísanie rozhodujúcich skutočností nemožno nahradiť odkazom na označené dôkazy. Žalobca k žalobe pripojí dôkazy, ktorých povaha to pripúšťa, okrem tých, ktoré nemôže bez svojej viny pripojiť. Podľa § 133 CSP sa fyzická osoba v žalobe označuje menom, priezviskom, adresou trvalého pobytu alebo pobytu, dátumom narodenia alebo iným identifikačným údajom a právnická osoba sa v žalobe označuje názvom alebo obchodným menom, adresou sídla a identifikačným číslom organizácie, ak je pridelené.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 Ak sa v lehote určenej súdom podanie nedoplní alebo neopraví, súd podanie odmietne; to neplatí, ak pre uvedený nedostatok možno v konaní pokračovať (§ 129 ods. 3 CSP). Ak sa podanie opraví alebo doplní v celom rozsahu v súlade s výzvou podľa § 129 ods. 1 najneskôr do uplynutia lehoty na podanie odvolania proti uzneseniu o odmietnutí podania, o odvolaní proti tomuto uzneseniu môže rozhodnúť súd, ktorý ho vydal (§ 129 ods. 4 CSP).</w:t>
      </w:r>
    </w:p>
    <w:p/>
    <w:p>
      <w:r>
        <w:t>Zdroj: KAUZIS.SK – https://www.kauzis.sk/judikatura/r/ECLI:SK:KSBA:2017:4113216630.2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