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6S/40/2014 z 14. 2. 2017</w:t>
      </w:r>
    </w:p>
    <w:p>
      <w:r>
        <w:t>Uznesenie Krajského súdu Bratislava z 14. februára 2017, sp. zn. 6S/40/2014, ECLI:SK:KSBA:2017:6013201862.5</w:t>
      </w:r>
    </w:p>
    <w:p>
      <w:r>
        <w:t>Súd: Krajský súd Bratislava</w:t>
      </w:r>
    </w:p>
    <w:p>
      <w:r>
        <w:t>Spisová značka: 6S/40/2014</w:t>
      </w:r>
    </w:p>
    <w:p>
      <w:r>
        <w:t>ECLI: ECLI:SK:KSBA:2017:6013201862.5</w:t>
      </w:r>
    </w:p>
    <w:p>
      <w:r>
        <w:t>Dátum vydania: 14. 2. 2017</w:t>
      </w:r>
    </w:p>
    <w:p>
      <w:r>
        <w:t>Forma: Uznesenie</w:t>
      </w:r>
    </w:p>
    <w:p>
      <w:r>
        <w:t>Oblasť práva: Správne právo</w:t>
      </w:r>
    </w:p>
    <w:p>
      <w:pPr>
        <w:pStyle w:val="Heading2"/>
      </w:pPr>
      <w:r>
        <w:t>Text rozhodnutia</w:t>
      </w:r>
    </w:p>
    <w:p>
      <w:r>
        <w:t>Súd: Krajský súd Bratislava Spisová značka: 6S/40/2014 Identifikačné číslo súdneho spisu: 6013201862 Dátum vydania rozhodnutia: 15. 02. 2017 Meno a priezvisko sudcu, VSÚ: JUDr. Vlastimil Pavlikovský ECLI: ECLI:SK:KSBA:2017:6013201862.5 Uznesenie Krajský súd v Bratislave v právnej veci žalobcu: ELEKTROSVIT Svatobořice, a.s, Nádražní 277, 969 04 Svatobořice - Mistřín, Česká republika, právne zast.: Mgr. Martin Šutka, advokát, Ernestova Bašta 7, P.O.BOX 104, Nové Zámky, proti žalovanému: Finančné riaditeľstvo Slovenskej republiky, Lazovná 63, 974 01 Banská Bystrica, v konaní o preskúmanie zákonnosti rozhodnutia žalovaného č. 1100302/419640/2013/1042 zo dňa 3.9.2013, jednohlasne, takto r o z h o d o l : Krajský súd v Bratislave konanie z a s t a v u j e . Žiaden z účastníkov n e m á nárok na náhradu trov konania. o d ô v o d n e n i e : 1. Žalobou doručenou Krajskému súdu v Bratislave dňa 10.12.2013 sa žalobca domáhal, aby súd zrušil rozhodnutie žalovaného a prvostupňové rozhodnutie a zaviazal žalovaného na náhradu trov konania. Uviedol, že napadnutým rozhodnutím žalovaný potvrdil rozhodnutie Daňového úradu Bratislava č. 9104401/5/1960433/2013/Smut zo dňa 17.05.2013, ktorým žalobcovi vyrubil dodatočným platobným výmerom daň z pridanej hodnoty za zdaňovacie obdobie september 2010 vo výške 8.775,98 eura. 2. Dňa 24.01.2017 bolo Krajskému súdu v Bratislave doručené podanie žalobcu, ktorý vzal svoju žalobu v celom rozsahu späť a žiadal konanie zastaviť. 3.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https://www.kauzis.sk/judikatura/r/ECLI:SK:KSBA:2017:6013201862.5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