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2S/87/2014 z 23. 5. 2017</w:t>
      </w:r>
    </w:p>
    <w:p>
      <w:r>
        <w:t>Rozsudok Krajského súdu Bratislava z 23. mája 2017, sp. zn. 2S/87/2014, ECLI:SK:KSBA:2017:6014200309.2</w:t>
      </w:r>
    </w:p>
    <w:p>
      <w:r>
        <w:t>Súd: Krajský súd Bratislava</w:t>
      </w:r>
    </w:p>
    <w:p>
      <w:r>
        <w:t>Spisová značka: 2S/87/2014</w:t>
      </w:r>
    </w:p>
    <w:p>
      <w:r>
        <w:t>ECLI: ECLI:SK:KSBA:2017:6014200309.2</w:t>
      </w:r>
    </w:p>
    <w:p>
      <w:r>
        <w:t>Dátum vydania: 23. 5. 2017</w:t>
      </w:r>
    </w:p>
    <w:p>
      <w:r>
        <w:t>Forma: Rozsudok</w:t>
      </w:r>
    </w:p>
    <w:p>
      <w:r>
        <w:t>Oblasť práva: Správne právo</w:t>
      </w:r>
    </w:p>
    <w:p>
      <w:pPr>
        <w:pStyle w:val="Heading2"/>
      </w:pPr>
      <w:r>
        <w:t>Text rozhodnutia</w:t>
      </w:r>
    </w:p>
    <w:p>
      <w:r>
        <w:t>Súd: Krajský súd Bratislava Spisová značka: 2S/87/2014 Identifikačné číslo súdneho spisu: 6014200309 Dátum vydania rozhodnutia: 24. 05. 2017 Meno a priezvisko sudcu, VSÚ: JUDr. Jeannette Hajdinová ECLI: ECLI:SK:KSBA:2017:6014200309.2 ROZSUDOK V MENE SLOVENSKEJ REPUBLIKY Krajský súd v Bratislave v senáte zloženom z predsedu senátu JUDr. Vlastimila Pavlikovského a členov senátu JUDr. Jeannette Hajdinovej a JUDr. Michala Dzurdzíka, PhD., v právnej veci žalobcu: FUEL GLOBAL SYSTEM s.r.o., IČO: 45284016, so sídlom v Bratislave, Laurinská 3/A, zastúpeného advokátkou JUDr. Jankou Hlavatou, so sídlom v Bratislave, Ružová dolina 11, proti žalovanému: Finančné riaditeľstvo Slovenskej republiky, so sídlom v Banskej Bystrici, Lazovná 63, o preskúmanie zákonnosti rozhodnutia žalovaného č. 1100302/1/561787/2013/5062 zo dňa 9.12.2013, takto r o z h o d o l : Krajský súd v Bratislave žalobu z a m i e t a . Žalovanému sa náhrada trov konania n e p r i z n á v a . o d ô v o d n e n i e : I. Priebeh administratívneho konania Žalobca kúpil od spoločnosti T.P.GROUP s.r.o. 380 ks kamerových systémov CCD v hodnote 539.311,20 €, z toho 20% DPH v sume 89.885,20 €. Spoločnosť T.P.GROUP s r.o. mu na uvedenú sumu vystavila faktúru č. 20120104 zo dňa 31.1.2012, splatnú do 30.4.2012. Spoločnosť T.P.GROUP s.r.o. fakturovala žalobcovi aj platbu za uskladnenie tovaru od 3.11.2011 do 9.12.2011 v sume 1.500,- €, z toho 20% DPH v sume 250,- € (faktúra č. 20120102 zo dňa 10.1.2012). Žalobca ďalej predal kamerové systémy v počte 750 ks bulharskej spoločnosti Mino Trade Ltd. (v daňových dokladoch sa uvádza aj obchodné meno Minol Trade Ltd.), prepravu do Bulharska mal pre odberateľa zabezpečovať Miroslav Rázga. Daňové orgány v Bulharsku zistili, že uvedená spoločnosť dodatočne upravila nadobudnutie tovaru na trojstranný obchod s maďarskou spoločnosťou NAZAKA, Kft. Spoločnosť Mino Trade Ltd. je podľa bulharských daňových orgánov rizikovým daňovým subjektom, je nekontaktná, nezastihnuteľná na adrese svojho sídla, nedeklarovala dodanie tovaru a nezaplatila za ich kúpu daň; správca dane Bulharska voči nej vedie kroky pre zrušenie registrácie DPH pre neplnenie zákonných povinností. Žalobca vystavil spoločnosti Minol Trade Ltd. faktúru č. 120201 zo dňa 22.2.2012 na sumu 907.500,- € bez DPH za dodanie 750 ks kamerových systémov. Transakcia bola oslobodená od DPH podľa § 43 zákona č. 222/2004 Z.z. o dani z pridanej hodnoty v znení neskorších predpisov (ďalej len zákon č. 222/2004 Z.z.). Správca dane Maďarska zistil, že spoločnosť NAZAKA Kft. nevykonáva ekonomickú činnosť, je nekontaktná a nikdy nepodala daňové priznanie. Žalobca si uplatnil odpočet DPH za zdaňovacie obdobie január 2012 v sume 90.135,20 € na základe faktúr č. 20120104 zo dňa 31.1.2012 a č. 20120102 zo dňa 10.1.2012. Daňový úrad Bratislava vykonal u žalobcu kontrolu dane z pridanej hodnoty za zdaňovacie obdobie január 2012. Daňová kontrola sa začala dňa 21.3.2012, o jej výsledku správca dane vyhotovil protokol č. 9104408/2856807/2013/NecZ zo dňa 18.6.2013, ktorý doručil právnej zástupkyni žalobcu dňa 27.6.2013. Žalobca sa k zisteniam z daňovej kontroly písomne vyjadril a jeho pripomienky boli aj ústne prerokované na ústnom pojednávaní dňa 14.8.2013 (zápisnica č. 9104408/5/3790746/2013/NecZ zo dňa 14.8.2013). Na základe zistení z daňovej kontroly správca dane platobným výmerom č. 9104408/5/3937919/2013/ NecZ zo dňa 26.8.2013 nepriznal žalobcovi nadmerný odpočet dane z pridanej hodnoty uplatnený v podanom daňovom priznaní v sume 90.135,20 € za zdaňovacie obdobie január 2012. Správca dane dospel k záveru, že žalobca porušil § 49 ods. 1, ods. 2 a § 51 zákona č. 222/2004 Z.z. tým, že si uplatnil právo na odpočet DPH za zdaňovacie obdobie január 2012 z dodávateľských faktúr č. 20120102 zo dňa 10.1.2012 a č. 20120104 zo dňa 31.1.2012 v situácii, keď absentuje reálne dodanie tovaru. Faktúry boli vystavené v rozpore s § 71 zákona č. 222/2004 Z.z. Samotné predloženie faktúr neznamená, že odrážajú materiálne (reálne) naplnenie písomnej informácie v nich zachytenej, teda reálne dodanie tovaru. Ani jeden z dodávateľov žalobcu a spoločnosti T.P.GROUP s.r.o. ani žalobca nemali od roku 2011 (kedy sa začali realizovať obchody s kamerovým systémom) finančné prostriedky na ich realizáciu, preto boli úhrady faktúr prevažne (95 %) realizované v hotovosti formou vystavovania pokladničných dokladov. Pokladničné doklady v obchodnom reťazci sú takmer v rovnakej peňažnej sume. Úhrada faktúry č. 20120104 na sumu 539.311,20 € cez banku bola vykonaná až dňa 23.2.2013 v sume 49.000,- € po pripísaní tejto sumy od spoločnosti AKCENTA CZ, a.s., ktorej konateľom bol W. I. (Michal I. je aj konateľom spoločnosti Minol Trade Ltd.), ďalšie sumy 70.000,- € a 86.500,- € boli pripísané na účet až po vrátení finančných prostriedkov z daňového úradu ako vratka DPH. Žalobca si uplatnil oslobodenie od dane podľa § 43 zákona č. 222/2004 Z.z., pretože tovar dodával do Bulharska. Bulharská správa daní nadobudnutie tovaru spoločnosťou Minol Trade Ltd. nepotvrdila. Konateľ spoločnosti Minol Trade Ltd. (W. I.) v Bulharsku upravil dodanie tovaru na trojstranný obchod, čím preniesol daňovú povinnosť na spoločnosť NAZAKA Kft. a vyhol sa daňovej povinnosti v Bulharsku. Správca dane Maďarska zistil, že spoločnosť NAZAKA Kft. nevykonáva ekonomickú činnosť, je nekontaktná, nikdy nepodala daňové priznanie a daň z tovaru (kamerových systémov) nepriznala. Podľa medzinárodného nákladného listu CMR č. 0206568 bol odosielateľom tovaru žalobca s miestom nakládky v Bratislave, Banšelova XX, a príjemcom tovaru bola spoločnosť Minol Trade Ltd. s miestom vykládky v Rakúsku, Zundorf, Budapester Strasse. Spoločnosť Minol Trade Ltd. bulharskej správe daní žiadnymi dokladmi nepreukázala, že ide o trojstranný obchod, t.j. že tovar existoval a že bol nadobudnutý na účely následného dodania tovaru do iného členského štátu. Správca dane dospel k záveru, že pre úspešné uplatnenie práva na nadmerný odpočet dane nie je splnená hmotnoprávna podmienka, a to existencia tovaru deklarovaného v predložených faktúrach. Žalovaný napadnutým rozhodnutím č. 1100302/1/561787/2013/5062 zo dňa 9.12.2013 potvrdil prvostupňové rozhodnutie správcu dane uvedené v predchádzajúcom odseku. Závery správcu dane považoval za správne a súladné so zákonom č. 222/2004 Z.z. Uviedol, že správca dane dostatočne zistil skutkový stav a súhrn jednotlivých okolností, ktoré boli v konaní zistené, vyvoláva závažné pochybnosti o existencii tovaru. Správca dane mal právo preveriť nákup a predaj tovaru, žiadať odstránenie vzniknutých pochybností, no nemal povinnosť napovedať daňovému subjektu, ako má okrem predložených dokladov preukázať pravdivosť svojich tvrdení, že so sporným tovarom skutočne obchodoval. Poukázal na zistenia Inštitútu finančnej politiky Ministerstva financií SR, podľa ktorých príjem z DPH do štátneho rozpočtu nekopíruje vývoj ekonomiky, čo je dôsledkom daňových únikov. Aj z tohto dôvodu je opodstatnené dôsledné skúmanie reálnosti obchodov pre odpočet DPH. Žalobca neuniesol dôkazné bremeno podľa § 24 ods. 1 písm. a/, písm. b/ zákona č. 563/2009 Z.z. o správe daní (daňový poriadok) a o zmene a doplnení niektorých zákonov v znení neskorších predpisov (ďalej len DP alebo Daňový poriadok). Správca dane vykonal ďalšie dokazovanie a zistil, že ide o fiktívne vystavené faktúry bez reálneho dodania tovaru zo strany dodávateľov v reťazci: Emporio media group s.r.o. › T.P.GROUP s.r.o. › žalobca › Mino (alebo Minol) Trade Ltd. › NAZAKA Kft. Vypočul svedkov (bývalú konateľku T.P. GROUP s.r.o. X. O., G. X., bývalého konateľa žalobcu L. W., W. L.), požiadal o medzinárodnú výmenu informácií daňové správy v Maďarsku a v Bulharsku. Konateľka T.P.GROUP s.r.o. X. O. uviedla, že nákup a predaj kamerových systémov vykonával Ľubomír X., dával jej podpisovať faktúry a dodacie listy, ona videla len krabice, nevedela, čo v nich je, ani nevedela, na čo sa kamerové systémy používajú. Nepoznala konateľa spoločnosti Emporio media group, s.r.o., Jozefa J., od ktorého mala spoločnosť T.P.GROUP s.r.o. kúpiť kamerové systémy. Svedok G. X. si nebol v skladových priestoroch spoločnosti Emporio media group, s.r.o., prezrieť tovar, no potvrdil existenciu transakcie so žalobcom. W. L., ktorý mal vykonať prepravu tovaru z Bratislavy do Maďarska, predložil faktúru č. XXX/XXXX zo dňa 23.2.2012 na sumu 1.425,- € vystavenú na odberateľa Minol Trade Ltd. Z výpisu z osobného účtu jeho manželky L. L. za marec 2012 vyplýva, že naň boli pripísané peňažné prostriedky v sume 1.425,- € od Minol Trade Ltd. Úhrada faktúry však nebola realizovaná na podnikateľský účet W. L. a ani z nej nebola odvedená daň do štátneho rozpočtu. Iné dôkazy o preprave tovaru do Maďarska žalobca nepredložil. Svedok W. L. sa na následné výsluchy nedostavil a predvolania nepreberal. II. Zhrnutie argumentov žalobcu Žalobca sa včas podanou žalobou domáhal preskúmania zákonnosti rozhodnutia žalovaného č. 1100302/1/561787/2013/5062 zo dňa 9.12.2013, jeho zrušenia a vrátenia veci žalovanému na ďalšie konanie; uplatnil si nárok na náhradu trov konania. Poukázal na nesprávny postup správcu dane, ktorý nemal v čase vydania prvostupňového rozhodnutia dňa 26.8.2013 riadne a úplne zistený skutkový stav, pretože vykonával dokazovanie svedeckými výpoveďami svedkov X. O. a G. X. aj po tomto dni. Daňový úrad nepreukázal jednoznačne skutočnosti, ktoré by mali mať za následok nepriznanie práva na vyplatenie nadmerného odpočtu za zdaňovacie obdobie január 2012. Existencia tovaru (kamerových systémov CCD) bola podľa jeho názoru preukázaná faktúrou č. 20120104 zo dňa 30.1.2012, svedeckou výpoveďou konateľa žalobcu L. W., G. X. a W. L.. Žalobca vyčerpal všetky dostupné dôkazy, ktoré bol objektívne schopný predložiť. Daňový úrad však nepredložil ani jeden relevantný dôkaz, z ktorého by bolo nado všetku pochybnosť zrejmé, že tovar neexistoval. Preto je potrebné postupovať podľa zásady in dubio pro reo, vychádzať z jeho tvrdení ako pravdivých (že tovar existoval) a priznať mu právo na odpočet DPH. Záver správcu dane, že tovar neexistoval, je nesprávny a pre neho likvidačný. Nemožno žiadať preukázanie existencie tovaru dôkazmi, ktoré v skutočnosti ani nemôžu existovať, a nemožno vychádzať len z dedukcií a nejakých úvah vyplývajúcich zo skutočností, ktoré žalobca nevedel ovplyvniť a ani za ne žiadnym spôsobom nezodpovedá. Prepravu tovaru zabezpečovala spoločnosť Minol Trade Ltd. podľa čl. VI. Obchodní smlouvy zo dňa 6.2.2012 (uzatvorenej medzi žalobcom ako predávajúcim a spoločnosťou Minol Trade Ltd. ako kupujúcim). Fyzicky prepravu zabezpečoval Miroslav L.. Žalobca nadobudol tovar za účelom jeho ďalšieho predaja, rovnako postupovala aj spoločnosť T.P.GROUP s.r.o., preto nepotrebovali mať celý objem finančných prostriedkov na účte v čase nákupu tovaru. Žalobca uhrádzal všetky platby po tom, čo mu boli pripísané na účet finančné prostriedky od jeho zmluvného partnera, ktorému tovar predal. Ide o bežný obchodný postup. Nevie, z akého dôvodu jeho zmluvný partner spoločnosť Minol Trade Ltd. upravil nadobudnutie tovaru na trojstranný obchod. Podľa jeho názoru žalovaný aj správca dane vec nesprávne právne posúdili, pretože splnil všetky podmienky na odpočet DPH podľa § 49 ods. 2 písm. a/, § 51 ods. 1 písm. a/ zákona č .222/2004 Z.z.: je platiteľom dane, tovar nadobudol na účely svojho podnikania, dodávateľ T.P.GROUP s.r.o. je platiteľom dane a za dodanie tovaru riadne vystavil faktúru. Poukázal na rozhodnutia Najvyššieho súdu SR sp. zn. 3Sž/1/2011, sp. zn. 5Sž/198/2000, sp. zn. 4Sž/98-102/2002, sp. zn. 4Sž/115-153/99, nález Ústavného súdu SR sp. zn. I. ÚS 241/07. III. Vyjadrenie žalovaného Žalovaný v písomnom vyjadrení navrhol žalobu žalobcu zamietnuť. V celom rozsahu sa pridržiaval odôvodnenia napadnutého rozhodnutia a doplnil, že primárne je dôležité, aby daňový subjekt uniesol dôkazné bremeno. Keďže žalobca nevyvrátil pochybnosti správcu dane o tom, že faktúrou č. 20120104 zo dňa 31.1.2012 bol deklarovaný tovar skutočne dodaný, správca dane bol oprávnený rozšíriť dokazovanie na preukázanie tejto skutočnosti aj na dodávateľské subjekty. Skutočnosť, že platiteľ dane má od dodávateľa vystavenú faktúru, ešte neznamená, že reálne došlo k dodaniu tovaru. Upriamil pozornosť na rozhodnutia Súdneho dvora EÚ vo veciach C-409/04, C-184/05, rozhodnutia Najvyššieho súdu SR sp. zn. 2Sž/4/2009, sp. zn. 5Sžf/22/2009, sp. zn. 3Sžf/1/2010 a sp. zn. 4Sžf/153/2001. Žalobca sa k vyjadreniu žalovaného písomne nevyjadril. IV. Pojednávanie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24.5.2017 v neprítomnosti právnej zástupkyne žalobcu a žalovaného rozsudkom, ktorý verejne vyhlásil. Právna zástupkyňa žalovaného neúčasť na pojednávaní neospravedlnila, ani nežiadala o jeho odročenie, hoci naň bola riadne a včas predvolaná; žalovaný svoju neúčasť na pojednávaní ospravedlnil a súhlasil, aby súd rozhodol v jeho neprítomnosti. V.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Podľa § 3 ods. 2 DP správca dane hodnotí dôkazy podľa svojej úvahy, a to každý dôkaz jednotlivo a všetky dôkazy v ich vzájomnej súvislosti, pritom prihliada na všetko, čo pri správe daní vyšlo najavo. Podľa § 3 ods. 6 prvá veta DP pri uplatňovaní osobitných predpisov pri správe daní sa berie do úvahy skutočný obsah právneho úkonu alebo inej skutočnosti rozhodujúcej pre zistenie, vyrubenie alebo vybratie dane.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73 ods. 2 SP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VI. Posúdenie veci správnym súdom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 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Článok 28a ods. 3 prvý pododsek a článok 28c A písm. a/ prvý odsek šiestej smernice Rady 77/388/ EHS, zo 17. mája 1977 o zosúladení právnych predpisov členských štátov týkajúcich sa daní z obratu - spoločný systém dane z pridanej hodnoty: jednotný základ jej stanovenia, zmenenej a doplnenej smernicou Rady 2000/65/ES zo 17. októbra 2000, sa majú vzhľadom na pojem „odoslaný“ uvedený v oboch týchto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Skutočnosť, že nadobúdateľ predložil daňovým orgánom členského štátu určenia vyhlásenie týkajúce sa nadobudnutia tovaru v rámci Spoločenstva, akým je predmetné vyhlásenie vo veci samej, môže byť doplňujúcim dôkazom na účely preukázania, že tovar skutočne opustil územie členského štátu dodania, nemožno ho však považovať za určujúci dôkaz na účely oslobodenia dodávky v rámci Spoločenstva od dane z pridanej hodnoty (rozsudok vo veci C-409/04 Teleos).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Podľa názoru správneho súdu správca dane a žalovaný postupovali pri rozložení dôkazného bremena v súlade s rozhodovacou praxou Najvyššieho súdu SR a Súdneho dvora EÚ (rozhodnutia citované vyššie). Žalobca k uplatneniu nároku na odpočet DPH za január 2012 predložil faktúry vystavené spoločnosťou T.P.GROUP s.r.o., s dodacím listom, objednávku na dodanie 800 kamerových systémov CCD adresovanú spoločnosti T.P.GROUP s.r.o., medzinárodný nákladný list pre Minol Trade Ltd. (v prílohe sa nachádza dodací list pre Mino Trade Ltd.), výpis zo svojho bankového účtu za január 2012, február 2012 a apríl 2012, daňové priznanie DPH za január 2012. Žalobca nemal v čase nákupu 800 ks kamerových systémov na svojom účte dostatok finančných prostriedkov. Faktúra č. 20120104 zo dňa 31.1.2012 vystavená spoločnosťou T.P.GROUP s.r.o. bola splatná dňa 30.4.2012; žalobca nevysvetlil, ako by za tovar zaplatil po uplynutí lehoty splatnosti faktúry, keby kamerové systémy v období plynutia splatnosti faktúry nepredal. Takéto konanie žalobcu nemožno považovať za odbornú starostlivosť, ktorú mal pri podnikaní vynaložiť (§ 135a, § 194 ObZ). Správca dane spochybnil existenciu tovaru - svedok Ľubomír Dvorský (za T.P.GROUP s.r.o.) síce koordinoval obchodnú transakciu so žalobcom, predkladal konateľke T.P.GROUP s.r.o. na podpis dodací list aj faktúru, no sám sa v sklade spoločnosti Emporio media group s.r.o. nepresvedčil, či sa v krabiciach skutočne tovar nachádza. Žalobca ani spoločnosť T.P.GROUP s.r.o. počas daňového konania nepredložili skladovú evidenciu tovaru za obdobie, kedy sa mal tovar v sklade nachádzať. Spoločnosť Emporio media group s.r.o. je nekontaktná, nepodáva daňové priznania, neodviedla daň z predmetného tovaru, čo speje k nemožnosti overiť jej vzťah so spoločnosťou T.P.GROUP s.r.o. a ani následný vzťah medzi T.P.GROUP s.r.o. a žalobcom z hľadiska reálnej existencie tovaru a spôsobu nadobudnutia vlastníckeho práva k tovaru (teda či žalobca nadobudol vlastnícke právo ku kamerovým systémom od spoločnosti T.P.GROUP s.r.o. a či ho mohol následne previesť na ďalší subjekt). Správca dane spochybnil aj oslobodenie od dane pri dodaní tovaru z tuzemska do iného členského štátu podľa § 43 zákona č. 222/2004 Z.z. K nadobudnutiu tovaru v rámci Spoločenstva, ktoré je esenciálnou podmienkou vyplývajúcou z § 43 citovaného zákona,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V daňovom konaní nebolo jednoznačne preukázané, žeby žalobca nadobudol vlastnícke právo ku kamerovým systémom od spoločnosti T.P.GROUP s.r.o. vzhľadom na závery uvedené v predchádzajúcom odseku; dodávateľ tejto spoločnosti spoločnosť Emporio media group s.r.o. je nekontaktná a daňové priznania nepodávala, čím nebolo možné verifikovať materiálny predmet obchodných vzťahov medzi ním a spoločnosťou T.P.GROUP s.r.o. a následne aj so žalobcom. Nie sú preto u žalobcu splnené zákonné podmienky pre oslobodenie od dane podľa § 43 zákona č. 222/2004 Z.z. Správny súd sa nestotožnil s námietkou žalobcu, že správca dane nedostatočne zistil skutkový stav, pretože po vydaní prvostupňového rozhodnutia vykonával ďalšie dokazovanie. Správca dane pred vydaním prvostupňového rozhodnutia dňa 26.8.2013 vypočul svedka Radoslava Muhadinoviča dňa 11.4.2012 (konateľ žalobcu, ktorý zomrel 8.1.2013), Ľubomíra Dvorského (za T.P.GROUP s.r.o.) dňa 24.7.2012, Miroslava Rázgu dňa 14.8.2012, získal informácie od daňových správ v Maďarsku a Bulharsku na základe medzinárodnej výmeny informácií; nevypočul konateľa spoločnosti Personal Service Slovakia, s.r.o., Miro Spikara ani Rastislava Mihálika za T.P.GROUP s.r.o., pretože neprevzali predvolanie. Petar Kantar (nový konateľ žalobcu) predložil správcovi dane dňa 6.9.2013 písomné vyjadrenie. Po podaní odvolania je správca dane oprávnený doplniť daňové konanie podľa § 73 ods. 2 DP a s takýmto doplnením a celým spisovým materiálom vec predložiť žalovanému. Správca dane tento postup dodržal a po vydaní prvostupňového rozhodnutia doplnil daňové konanie výsluchom Ľubomíra Dvorského (za T.P.GROUP s.r.o.) dňa 14.10.2013, Denisy Šrámovej (za T.P.GROUP s.r.o.) dňa 14.10.2013 a Jany Antalíkovej (za Personal Service Slovakia, s.r.o.) dňa 22.10.2013. S výsledkami doplneného daňového konania vec predložil žalovanému, ktorý postupom podľa § 74 DP vyhodnotil celé daňové konanie vrátane výsledkov doplneného daňového konania. Odvolací orgán má v zmysle § 74 DP rozsiahle oprávnenia nielen čo do rozsahu prieskumnej činnosti, ale aj vo vzťahu k spôsobu rozhodnutia o odvolaní a nie je viazaný návrhmi odvolateľa. Zákonodarca uprednostňuje taký postup, aby všade, kde je to možné, odvolací orgán rozhodol vo veci samej, čomu zodpovedá aj konštrukcia ustanovení § 73 ods. 2 a § 74 DP. Rozhodovanie odvolacieho orgánu nie je viazané len na závery orgánu prvého stupňa, má právomoc samostatne hodnotiť podklady pre rozhodnutie, posudzovať vec po právnej stránke a samostatne rozhodnúť i na základe novozistených skutočností. Správca dane aj žalovaný postupovali týmto smerom, neporušili čl. 2 ods. 2 Ústavy SR, žalobcovi neodňali v daňovom konaní jeho práva na účinnú právnu ochranu, a ich postup nemá negatívny vplyv na zákonnosť daňového konania a vydaných rozhodnutí prvého a druhého stupňa. Správca dane po predložení uvedených listín zo strany žalobcu a po vzniku pochybností o existencii tovaru, postupoval správne a začal preverovať reálnosť dodania tovaru v rámci svojho dôkazného bremena. Správca dane správne vyžadoval predloženie ďalších dôkazov o prevode tovaru medzi článkami obchodného reťazca, do ktorého patril aj žalobca, pretože faktúry, objednávka a výpisy z účtu preukazujú len formálnu stránku obchodného vzťahu, nie aj jeho materiálnu časť (reálne dodanie tovaru). Žalobca nepredložil správcovi dane skladovú evidenciu, kde sa mal tovar nachádzať, neverifikoval, či sa tovar v krabiciach skutočne nachádza, a to za súčasnej absencie dostatku finančných prostriedkov na účtoch na kúpu tovaru. Žalobca preto neuniesol dôkazné bremeno o preukázaní svojho nároku na odpočet DPH, tak ako to vyžaduje § 49 ods. 1, ods. 2 a § 51 zákona č. 222/2004 Z.z. a nemá zákonný nárok na odpočet DPH za dodanie tovaru na základe faktúr č. 20120104 zo dňa 31.1.2012 a č. 20120102 zo dňa 10.1.2012. Vychádzajúc z uvedených skutočností, citovaných právnych predpisov a rozhodnutí Najvyššieho súdu SR a Súdneho dvora EÚ správny súd dospel k záveru, že konanie aj rozhodnutie žalovaného sú v súlade s Daňovým poriadkom a zákonom č. 222/2004 Z.z., preto žalobu zamietol ako nedôvodnú podľa § 190 SSP. O náhrade trov konania súd rozhodol podľa § 167 a § 168 SSP, žalobca nebol v konaní úspešný, preto nemá právo na náhradu trov konania, a u úspešného žalovaného správny súd nezistil dôvod na priznanie náhrady trov konania podľa § 168 SSP.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https://www.kauzis.sk/judikatura/r/ECLI:SK:KSBA:2017:6014200309.2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