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6S/203/2015 z 24. 1. 2017</w:t>
      </w:r>
    </w:p>
    <w:p>
      <w:r>
        <w:t>Uznesenie Krajského súdu Bratislava z 24. januára 2017, sp. zn. 6S/203/2015, ECLI:SK:KSBA:2017:9015010046.2</w:t>
      </w:r>
    </w:p>
    <w:p>
      <w:r>
        <w:t>Súd: Krajský súd Bratislava</w:t>
      </w:r>
    </w:p>
    <w:p>
      <w:r>
        <w:t>Spisová značka: 6S/203/2015</w:t>
      </w:r>
    </w:p>
    <w:p>
      <w:r>
        <w:t>ECLI: ECLI:SK:KSBA:2017:9015010046.2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6S/203/2015 Identifikačné číslo súdneho spisu: 9015010046 Dátum vydania rozhodnutia: 25. 01. 2017 Meno a priezvisko sudcu, VSÚ: JUDr. Vlastimil Pavlikovský ECLI: ECLI:SK:KSBA:2017:9015010046.2 Uznesenie Krajský súd v Bratislave v právnej veci žalobcu: Slovenské liečebné kúpele Rajecké Teplice, a.s., Panenská 33, 811 03 Bratislava, IČO: 31 642 284, zastúpený: Advokátska kancelária JUDr. Marián Kurhajec, s.r.o., Bajkalská 13, 821 02 Bratislava, proti žalovanému: Ministerstvo dopravy, výstavby a regionálneho rozvoja Slovenskej republiky, Námestie slobody 6, 810 05 Bratislava, o preskúmanie zákonnosti rozhodnutia žalovaného č. 14343/2015/B625-SV/26828/Pa zo dňa 14.05.2015, takto r o z h o d o l : Krajský súd v Bratislave p o s t u p u j e vec Krajskému súdu v Žiline. o d ô v o d n e n i e : 1. Žalobou pôvodne podanou na Najvyšší súd Slovenskej republiky dňa 21.07.2015 a následne postúpenou Krajskému súdu v Bratislave dňa 19.08.2015 sa žalobca domáhal preskúmania zákonnosti rozhodnutia žalovaného č. 14343/2015/B625-SV/26828/Pa zo dňa 14.05.2015, ktorým žalovaný zamietol odvolanie žalobcu a potvrdil rozhodnutie Okresného úradu Žilina, odboru výstavby a bytovej politiky č. OU-ZA-OVBP2-2015/008194/KRA zo dňa 15.03.2015.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10 Správneho súdneho poriadku (ďalej len SSP),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Podľa § 491 ods. 1 SSP, ak nie je ďalej ustanovené inak, platí tento zákon aj na konania začaté podľa piatej časti Občianskeho súdneho poriadku predo dňom nadobudnutia jeho účinnosti. 9. V uvedenej právnej veci správny súd po skúmaní procesných podmienok zistil, že nie je miestne príslušný na konanie o podanej žalobe. V prejednávanej veci rozhodoval v prvom stupni Okresný úrad Žilina, odbor výstavby a bytovej politiky, ktorý má sídlo v Žiline a teda miestne (aj vecne) príslušným je Krajský súd v Žiline,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Žiline.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https://www.kauzis.sk/judikatura/r/ECLI:SK:KSBA:2017:9015010046.2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