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7Cbi/238/2006 z 11. 3. 2018</w:t>
      </w:r>
    </w:p>
    <w:p>
      <w:r>
        <w:t>Uznesenie Krajského súdu Bratislava z 11. marca 2018, sp. zn. 7Cbi/238/2006, ECLI:SK:KSBA:2018:1006203211.9</w:t>
      </w:r>
    </w:p>
    <w:p>
      <w:r>
        <w:t>Súd: Krajský súd Bratislava</w:t>
      </w:r>
    </w:p>
    <w:p>
      <w:r>
        <w:t>Spisová značka: 7Cbi/238/2006</w:t>
      </w:r>
    </w:p>
    <w:p>
      <w:r>
        <w:t>ECLI: ECLI:SK:KSBA:2018:1006203211.9</w:t>
      </w:r>
    </w:p>
    <w:p>
      <w:r>
        <w:t>Dátum vydania: 11.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7Cbi/238/2006 Identifikačné číslo súdneho spisu: 1006203211 Dátum vydania rozhodnutia: 12. 03. 2018 Meno a priezvisko sudcu, VSÚ: JUDr. Ľubica Krišková ECLI: ECLI:SK:KSBA:2018:1006203211.9 Uznesenie Krajský súd v Bratislave, v senáte zloženom z predsedníčky senátu JUDr. Ľubici Kriškovej a členiek senátu JUDr. Oľgy Bahníkovej a JUDr. Ľubici Břouškovej, v právnej veci žalobcu: HYDREE FINANCIAL SLOVAKIA, s.r.o., Bratislavská 36, 911 05 Trenčín, IČO: 36 309 630, práv. zast.: Advokátskou kanceláriou Mandzák a spol., s.r.o., Zámocká 5, 811 01 Bratislava, IČO: 35 943 882, proti žalovaným 1/: Slovenská konsolidačná, a.s., Cintorínska 21, 814 99 Bratislava, IČO: 35 776 005 a žalovaným 2/: JUDr. Oliver Korec, Záhradnícka 9, 811 07 Bratislava, správca konkurznej podstaty úpadcu Old Herold Ferm, a.s. v konkurze, Bratislavská 36, 911 74 Trenčín, IČO: 31 411 428, práv. zast.: Advokátskou kanceláriou BADUCCI Legal, s.r.o., Mostová 2, 811 02 Bratislava, IČO: 35 872 900, o zaplatenie 9 355 850,46 Eur, o sťažnosti žalovaného 1/ proti uzneseniu č.k. 7Cbi/238/2006-704 zo dňa 10.01.2018, vydanému súdnym úradníkom, takto r o z h o d o l : Krajský súd v Bratislave m e n í uznesenie tunajšieho súdu č.k. 7Cbi/238/2006-704 zo dňa 10.01.2018 v prvom výroku tak, že žalobca je povinný zaplatiť žalovanému 1/ trovy konania pozostávajúce zo zaplateného súdneho poplatku za podané odvolanie vo výške 33.193,91 Eur a trov právneho zastúpenia advokátskou kanceláriou BIZOŇ &amp; PARTNERS s.r.o., Hviezdoslavovo nám. 25, Bratislava, vo výške 322 333,41 Eur, všetko do troch dní od právoplatnosti tohto uznesenia. o d ô v o d n e n i e : 1. Krajský súd v Bratislave uznesením č.k. 7Cbi/238/2006-704 zo dňa 10.01.2018 vydaným súdnym úradníkom uložil žalobcovi povinnosť zaplatiť žalovanému 1/ trovy konania pozostávajúce zo zaplateného súdneho poplatku za podané odvolanie vo výške 33.193,91 Eur a trov právneho zastúpenia vo výške 270 367,79 Eur právnemu zástupcovi žalovaného 1/ BIZOŇ &amp; PARTNERS, s.r.o., Hviezdoslavovo nám. 25, Bratislava, a to všetko do troch dní od právoplatnosti uznesenia. Druhým výrokom uložil žalobcovi povinnosť zaplatiť žalovanému 2/ trovy konania pozostávajúce zo zaplateného súdneho poplatku za podané odvolanie vo výške 33 193,91 Eur a trov právneho zastúpenia vo výške 76 582,22 Eur právnemu zástupcovi žalovaného 2/ BADUCCI Legal, s.r.o., Mostová 2, Bratislava, a to všetko do troch dní od právoplatnosti uznesenia. 2. Proti uzneseniu podal v zákonnej lehote sťažnosť žalovaný 1/, podľa ktorého súd nepriznal žalovanému 1/ náhradu trov konania za 3 úkony právnej služby: podanie na súd zo 14.02.2012, zastupovanie na pojednávaní dňa 23.02.2012 a vyjadrenie zo dňa 26.06.2012, čo spolu s DPH a režijným paušálom predstavuje spolu sumu 51 695,62 Eur. Na základe vyššie uvedeného žiada zmeniť napadnuté uznesenie. 3. Podľa § 453 ods. 1 Civilného sporového poriadku (ďalej len „CSP“), ustanovenia o trovách konania pred súdom prvej inštancie sa primerane použijú aj na dovolacie konanie. 4. Podľa § 240 CSP, sťažnosť môže podať ten, v koho neprospech bolo uznesenie vydané. 5. Podľa § 248 CSP, o sťažnosti rozhodne súd prvej inštancie. 6. Podľa § 250 ods. 2 CSP, ak je sťažnosť dôvodná, súd napadnuté uznesenie zruší alebo zmení; v prípade zrušenia uznesenia je súdny úradník viazaný právnym názorom súdu. 7. Podľa § 255 ods. 1 CSP, súd prizná strane náhradu trov konania podľa pomeru jej úspechu vo veci. 8. Súd preskúmal obsah spisového materiálu, sťažnosť žalovaného 1/ zo dňa 29.01.2018 a dospel k záveru, že sťažnosť podaná žalovaným 1/ je dôvodná, keďže súd opomenul žalovanému 1/ priznať trovy právneho zastúpenia advokátskou kanceláriou BIZOŇ &amp; PARTNERS s.r.o. aj za tri úkony právnej služby v dovolacom konaní, a to za: 1. podanie na súd zo dňa 14.02.2012 ................................................................... 19 138,05 Eur 2. zastupovanie na pojednávaní dňa 23.02.2012, v zníženej 1 sadzbe s poukazom na § 14 ods. 2 písm. b) Vyhlášky č. 655/2004 Z.z. .................................................................... 4 784,51 Eur 3. vyjadrenie zo dňa 26.06.2012 ...........................................................................19 138,05 Eur 3 x režijný paušál 7,63 Eur (za rok 2012) ................................................................... 22,89 Eur 20 % DPH .............................................................................................................. 8 612,12 Eur Spolu ......................... ........................................................................................... 51 695,62 Eur Trovy dovolacieho konania žalovaného 1/ tak spolu predstavujú sumu 109 137,86 Eur (priznané trovy 57 442,24 Eur + 51 695,62 Eur). 9. Vzhľadom na vyššie uvedené dôvody a zákonné ustanovenia patrí žalovanému 1/ náhrada trov konania pozostávajúca zo zaplateného súdneho poplatku za podané odvolanie vo výške 33 193,91 Eur a trov právneho zastúpenia vo výške 322 333,41 Eur. Keďže právne zastupovanie žalovaného 1/ advokátskou kanceláriou bolo ku dňu rozhodnutia ukončené, súd za prijímateľa náhrady trov označil priamo žalovaného 1/. Poučenie: Proti tomuto uzneseniu odvolanie prípustné nie je.</w:t>
      </w:r>
    </w:p>
    <w:p/>
    <w:p>
      <w:r>
        <w:t>Zdroj: KAUZIS.SK – https://www.kauzis.sk/judikatura/r/ECLI:SK:KSBA:2018:1006203211.9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