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6Sd/153/2008 z 23. 10. 2018</w:t>
      </w:r>
    </w:p>
    <w:p>
      <w:r>
        <w:t>Rozsudok Krajského súdu Bratislava z 23. októbra 2018, sp. zn. 6Sd/153/2008, ECLI:SK:KSBA:2018:1008201584.4</w:t>
      </w:r>
    </w:p>
    <w:p>
      <w:r>
        <w:t>Súd: Krajský súd Bratislava</w:t>
      </w:r>
    </w:p>
    <w:p>
      <w:r>
        <w:t>Spisová značka: 6Sd/153/2008</w:t>
      </w:r>
    </w:p>
    <w:p>
      <w:r>
        <w:t>ECLI: ECLI:SK:KSBA:2018:1008201584.4</w:t>
      </w:r>
    </w:p>
    <w:p>
      <w:r>
        <w:t>Dátum vydania: 23. 10. 2018</w:t>
      </w:r>
    </w:p>
    <w:p>
      <w:r>
        <w:t>Forma: Rozsudok</w:t>
      </w:r>
    </w:p>
    <w:p>
      <w:r>
        <w:t>Oblasť práva: Správne právo</w:t>
      </w:r>
    </w:p>
    <w:p>
      <w:pPr>
        <w:pStyle w:val="Heading2"/>
      </w:pPr>
      <w:r>
        <w:t>Text rozhodnutia</w:t>
      </w:r>
    </w:p>
    <w:p>
      <w:r>
        <w:t>Súd: Krajský súd Bratislava Spisová značka: 6Sd/153/2008 Identifikačné číslo súdneho spisu: 1008201584 Dátum vydania rozhodnutia: 24. 10. 2018 Meno a priezvisko sudcu, VSÚ: JUDr. Marta Barková ECLI: ECLI:SK:KSBA:2018:1008201584.4 ROZSUDOK V MENE SLOVENSKEJ REPUBLIKY Krajský súd v Bratislave, samosudkyňou JUDr. Martou Barkovou v právnej veci navrhovateľa: L.. L. B. S.., B. XX.XX.XXXX, X. L. V. XX, XXX XX X. proti odporcovi: Sociálna poisťovňa ústredie, Ul. 29. augusta č. 8-10, 813 63 Bratislava o výšku starobného dôchodku takto r o z h o d o l : Krajský súd rozhodnutia odporcu číslo XXX XXX XXXX X z 23.12.2008 v spojení s rozhodnutím číslo XXX XXX XXXX X z 12.03.2009, v spojení s rozhodnutím číslo XXX XXX XXXX X z 23.10.2013 a zmenovým rozhodnutím číslo XXX XXX XXXX X z 25.02.2016 potvrdzuje. Účastníkom náhradu trov konania nepriznáva. o d ô v o d n e n i e : Navrhovateľ podaním zo dňa 28.08.2008, doručeným odporcovi dňa 12.09.2008, a predloženým odporcom na Krajský súd v Bratislave (ďalej len „krajský súd“), dňa 20.10.2008, podal v zákonnej lehote opravný prostriedok, ktorým žiadal preskúmať rozhodnutie odporcu číslo XXX XXX XXXX zo dňa 24.07.2008 (ďalej aj „napadnuté rozhodnutie“), ktorým mu bo priznaný starobný dôchodok od 19.01.2005 v sume 7 471 Sk mesačne, a ktorý bol zvýšený od 01.07.2008 na sumu 8 832 Sk mesačne. Navrhovateľ v napadnutom rozhodnutí namietal jeho správnosť pre viacnásobný nesúlad so zákonom č. 461/2003 Z. z. o sociálnom poistení v znení neskorších predpisov (ďalej len „zákon č. 461/2003), ako aj s Nálezom Ústavného súdu Slovenskej republiky č. 204/2008 Z. z. Uviedol, že jeho dôchodkový vek je podľa ustanovenia § 65 ods. 3 bod a) zákona č. 461/2003 Z. z., 60 rokov a 9 mesiacov, čiže jeho nárok na starobný dôchodok mu vznikol dňom 19.01. 2005, s tým že tento fakt rovnako uznáva aj odporca. Navrhovateľ ďalej namietal správnosť určenia výšky starobného dôchodku, vedomé a úmyselné porušenie odporcom ustanovení § 293d, § 61, § 62, § 82, § 210 zákona č. 461/2003 Z. z., nesprávny odporcom výpočet starobného dôchodku - chyby v počítaní, dôsledkom čoho mu bol nesprávne vyplatený starobný dôchodok, správne mala byť vyplatená suma vo výške 326 858 Sk, pritom vyplatená mu bola len suma vo výške 232 511 Sk, a teda vznikla mu škoda vo výške 94 347 Sk, porušenie odporcom maximálnych lehôt predpísaných v ustanovení § 210 zákona č.461/2003 Z. z., na vydanie rozhodnutia - odporca je v omeškaní od 02.02.2008, nesúlad napadnutého rozhodnutia so zákonom v určení hodnoty osobného mzdového bodu rozhodného obdobia za roky 1990 - 1993, t. j. nesprávnu hodnotu osobného mzdového bodu za rok 1990 a za prvý polrok 1993 (navrhovateľ žiadal určenie osobného mzdového fondu a navrhoval ako treba určiť dielčie osobné mzdové body podľa § 255 ods.3, § 61 zákona č.461/2003 Z. z.),nesprávne uvedenie odporcom rozhodného obdobia, ktoré je 22 rokov a nie 9,5 roka, odporca je teda povinný pri určení priemerného mzdového bodu osobné mzdové body vypočítať z 22 rokov, rozpor rozhodnutia odporcu s Nálezom Ústavného súdu Slovenskej republiky č. 204/2008 Z. z. - od 13.06.2008 bola obnovená platnosť ustanovenia § 82 zákona č.461/2003 Z. z., preto starobné dôchodky priznané za rok 2005 je potrebné zvýšiť od 01.07.2005 o 8,85 %, a toto zvýšenie je potrebné zohľadniť a pri nasledujúcich zvýšeniach, neuvedenie odporcom v napadnutom rozhodnutí dátumu uplatnenia nároku a spísania žiadosti o dôchodok, ktorým je 03.12.2007, a ktorý je uvedený v „žiadosti o dôchodok“, ktorý podľa zákona č. 461/2003 Z. z. o sociálnom poistení spisuje výhradne Sociálna poisťovňa, určenie povinností odporcu - k povinnosti odporcu určiť dôchodok podľa znenia ods. 7 - 8 § 63. zákona č. 461/2003 Z. z. v znení zákona 244/2005 Z. z. je naplnenie dvoch podmienok uvedených v ustanovení § 293d cit. zákona aby nárok na dôchodok vznikol pred 1.07.2005, a konanie začaté po 01.07.2005. Navrhovateľ splnil obidve podmienky, preto odporca je povinný pri určení priemerného mzdového bodu osobné mzdové body vypočítať z 22 rokov, aj keď čiastočne presahujú 1. január roka 1984. Navrhovateľ uviedol, že si voči odporcovi rezervuje právo na uplatnenie náhrady všetkých majetkových škôd a nemajetkovej ujmy, ktorú navrhovateľovi úmyselne spôsobil odporca nezákonným rozhodnutím zo dňa 24.04.2008, alebo spôsobí. Navrhovateľ si ďalej voči odporcovi uplatňuje úroky z omeškania vo výške 8,54% podľa ustanovenia § 3 nariadenia vlády SR č.87/1995 Z. z., s poukázaním na právo občana, aby správne orgány vybavili veci včas a bez zbytočných prieťahov s použitím najvhodnejších prostriedkov, ktoré vedú k správnemu vybaveniu veci. Navrhovateľ žiadal krajský súd, aby zrušil napadnuté rozhodnutie odporcu číslo XXX XXX XXXX zo dňa 24. 07.2008 aj vo výrokovej časti, a aby zaviazal odporcu určiť priemerný mzdový bod žalobcu z 22 rokov v časovom rozpätí od 01.07.1971 do 30. 06.1993, dôsledkom čoho výška určeného dôchodku vo výroku v rozhodnutí, sa podstatne pozmení. Navrhovateľ žiadal, aby krajský súd vzhľadom na veľké meškanie pri určení zákonom stanovenej výšky jeho dôchodku, zaviazal odporcu, aby nové rozhodnutie vydal v lehote 30 dní od právoplatnosti rozsudku, vrátane poukázania rozdielu na jeho účet, spolu so začatím mesačného poukazovania dôchodku v zákonnej výške. Odporca sa vyjadril k veci vyjadrením zo dňa 02.02.2009, v ktorom uviedol, že vyhovel námietkam navrhovateľa, a vo veci rozhodol rozhodnutím číslo XXX XXX XXXX zo dňa 13.01.2009, ktorým zrušil napadnuté rozhodnutie navrhovateľom číslo XXX XXX XXXX zo dňa 24.07.2008, a to rozhodnutím číslo XXX XXX XXXX zo dňa 23.12.2009, ktorým opätovne rozhodol o jeho nároku na priznanie starobného dôchodku a určil priemerný osobný mzdový fond ako podiel úhrnu osobných mzdových bodov za jednotlivé kalendárne roky rozhodujúceho obdobia 1984 - 2004 určenom podľa § 63 ods.7 zákona č.461/2003 Z. z. v znení zákona č. 244/2005 Z. z. Prehľad hodnôt osobných mzdových fondov za jednotlivé kalendárne roky rozhodujúceho obdobia a výpočet starobného dôchodku je uvedený v napadnutom rozhodnutí a v osobnom liste dôchodkového poistenia. Odporca ďalej uviedol, že došetroval osobný mzdový fond za kalendárny rok 1990 a 1993, s tým, že prešetril vymeriavacie základy a dospel k záveru, že vymeriavacie základy v uvedených kalendárnych rokoch sú správne započítané v evidenčnom liste dôchodkového zabezpečenia. Odporca sa vyjadril k Nálezu Ústavného súdu Slovenskej republiky č. 204/2008 Z. z., a to, že týmto nálezom stratilo účinnosť ustanovenie § 293l ods.1 až 3 zákona č. 461/2003 Z. z. v znení zákona č. 244/2005 Z. z., ktoré upravovalo zvýšenie dôchodkov v roku 2005 a ktoré t.č. nie je možné určiť sumu zvýšenia starobného dôchodku z dôvodu inštalovania programového vybavenia. Odporca preto žiadal poskytnutie primeranej lehoty na vydanie zmenového rozhodnutia. Odporca sa vyjadril k veci vyjadrením zo dňa 17.08.2009, v ktorom uviedol, že navrhovateľ poukazuje na chýbajúci polrok 22 ročného rozhodného obdobia od 01.07.1971 do 31. decembra 1971 a chýbajúceho osobného vymeriavacieho základu za uvedené obdobie. Dĺžka rozhodného obdobia má byť 22 rokov. Odporca uviedol k vyššie uvedenej námietke navrhovateľa, že podľa ustanovenia § 63 ods. 7 zákona č. 461/2003 Z. z., rozhodujúce obdobie na zistenie priemerného osobného mzdového bodu sú kalendárne roky pred rokom, v ktorom boli splnené podmienky nároku na dôchodkovú dávku, s výnimkou kalendárnych rokov pred 01. 01. 1984, ak tento zákon neustanovuje inak. Podľa ustanovenia § 63 ods. 8 zákona č. 461/2003 Z. z., ak v rozhodujúcom období určenom podľa ods. 7 nie je najmenej 22 kalendárnych rokov, za ktoré možno určiť osobné mzdové body, alebo je v ňom obdobie, za ktoré patrí osobný mzdový bod podľa § 255 ods. 3 prvej vety, predlžuje sa rozhodujúce obdobie pred rok 1984 postupne tak, aby v ňom bolo 22 kalendárnych rokov, za ktoré možno určiť osobné mzdové body bez zohľadnenia obdobia, za ktoré patrí osobný mzdový bod podľa ustanovenia § 255 ods. 3 prvej vety. Na určenie priemerného osobného mzdového bodu podľa ods. 1 sa z obdobia dôchodkového poistenia v rozhodujúcom období vylučuje obdobie, za ktoré patrí osobný mzdový bod podľa ustanovenia § 255 ods. 3 prvej vety. Navrhovateľ v rozhodujúcom období kalendárnych rokov 1984 - 2004, nezískal aspoň 22 kalendárnych rokov, bolo rozhodujúce obdobie rozšírené postupne pred 1. januárom 1984 tak, aby v ňom bolo 22 kalendárnych rokov, za ktoré možno určiť osobné mzdové body, sú to kalendárne roky 1972 - 1993, v ktorých bol dôchodkovo poistený v Slovenskej republike (od 01.07.1993 bol poistený v Maďarsku), a nie ako navrhovateľ žiada z rozhodného obdobia od 01.07.1971 do 31. 12. 1971. Odporca sa vyjadril k ďalším bodom navrhovateľa, hodnoty ročných osobných mzdových bodov v rokoch 1973, 1974, s tým, že poistencovi, ktorý v niektorom kalendárnom roku rozhodujúceho obdobia získal obdobie dôchodkového poistenia podľa ustanovenia § 255 ods. 3 zákona č. 461/2003 Z. z., patrí za takýto kalendárny rok osobný mzdový bod, ktorého hodnota je 0,3. Takýto kalendárny rok sa rozhodujúceho obdobia vylučuje a na výpočet priemerného osobného mzdového bodu sa vylúči aj počet dní kalendárneho roka obdobia dôchodkového poistenia. Ak takéto obdobie netrvalo celý kalendárny rok, patrí pomerná časť hodnoty osobného mzdového bodu pripadajúca na túto časť kalendárneho roka podľa ustanovenia § 255 ods. 3 zákona č. 461/2003 Z. z. Navrhovateľ získal náhradnú dobu podľa ustanovenia § 9 zákona č. 100/1988 Zb. o sociálnom zabezpečení v znení neskorších predpisov a získal dobu inej vojenskej služby alebo dobu civilnej služby v kalendárnych rokoch 1973 - 120 dní, v roku 1974 - 242 dní, v roku 1983 - 253 dní, patrí mu pomerná časť osobného mzdového bodu 0,3. To znamená, že podľa ustanovenia § 255 ods. 3 zákona č. 461/2003 Z. 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 a počtu dní kalendárnych rokov, v ktorom tieto doby získal. Pomerná časť osobného mzdového bodu sa zaokrúhľuje na štyri desatinné miesta nahor. Napr. rok 1973 (0,3 : 365 = 0,0009 x 120 = 0,1080). Odporca uviedol k ďalšej námietke navrhovateľa o započítanie osobného vymeriavacieho základu za rok 1990, že ho započítal podľa evidenčného listu v sume 33 929 Sk. Odporca ďalej uviedol, že na základe námietok navrhovateľa opätovne požiadal Sociálnu poisťovňu, pobočku Bratislava, ktorá listom zo dňa 22.07.2009 potvrdila správnosť započítaného vymeriavacieho základu. K ďalšej námietke navrhovateľa - zhodnotenie základnej vojenskej služby vykonávanej od 03.09.1973 do 30. 08. 1974 v trvaní 362 dní, odporca uviedol, že podľa ustanovenia § 255 ods. 1 zákona č. 461/2003 Z. z., za obdobie dôchodkového poistenia sa považujú aj zamestnania a náhradná doba získané pred 01.01.2004 podľa predpisov účinných pred 01.01.2004, ak tento zákon neustanovuje inak. Podľa ustanovenia § 255 ods. 3 zákona č. 461/2003 Z. z., za náhradnú dobu, dobu štúdia a dobu výkonu civilnej služby, ktoré sa hodnotia ako doba zamestnania získané podľa predpisov účinných pred 01.01.2004 a ktoré trvali celý kalendárny rok, patrí osobný mzdový bod vo výške 0,3. Ak tieto doby trvali len časť kalendárneho roka, osobný mzdový bod sa určí ako súčin pomernej časti osobného mzdového bodu a počtu dní týchto dôb. V zmysle uvedeného, je táto námietka navrhovateľa neopodstatnená. Odporca sa vyjadril k veci vyjadrením zo dňa 25.10.2011, v ktorom uviedol, že podľa ustanovenia § 63 ods. 7 zákona č. 461/2003 Z. z., rozhodujúce obdobie na zistenie priemerného osobného mzdového bodu sú kalendárne roky pred rokom, v ktorom boli splnené podmienky nároku na dôchodkovú dávku pred 01.01. 1984, ak tento zákon neustanovuje inak. Inak ustanovuje v ustanovení § 63 ods. 8 zákona, ak v rozhodujúcom období určenom podľa ods. 7 cit. zákona nie je najmenej 22 kalendárnych rokov, za ktoré možno určiť osobné mzdové body, alebo je v ňom obdobie, za ktoré patrí osobný mzdový bod podľa ustanovenia § 255 ods. 3 prvej vety zákona č. 461/2003 Z. z., predlžuje sa rozhodujúce obdobie pred rok 1984 postupne tak, aby v ňom bolo 22 kalendárnych rokov, za ktoré možno určiť osobné mzdové body bez zohľadnenia obdobia, za ktoré patrí osobný mzdový bod podľa ustanovenia § 255 ods. 3 prvej vety zákona č. 461/2003 Z. z. Na určenie priemerného osobného mzdového bodu podľa ods. 1 sa z obdobia dôchodkového poistenia v rozhodujúcom období vylučuje obdobie, za ktoré patrí osobný mzdový bod podľa ustanovenia § 255 ods. 3 prvej vety zákona č.461/2003 Z. z. Navrhovateľ v rozhodujúcom období kalendárnych rokov 1984 - 2004, nezískal aspoň 22 rokov, bolo rozhodujúce obdobie rozšírené postupne pred 01.01. 1984 tak, aby v ňom bolo 22 kalendárnych rokov, za ktoré možno určiť osobné mzdové body, sú to kalendárne roky 1972 - 1993 (od 01.01.1972 do 30.06.1993) v ktorých bol dôchodkovo poistený v Slovenskej republike (od 01.07.1993 bol poistený v Maďarsku). Z uvedeného vyplýva, že navrhovateľ získal v rozhodujúcom období 7 852 dní dôchodkového poistenia, t.j. 21,5 124 rokov dôchodkového poistenia. Vyjadril sa ohľadom chybného výpočtu osobných mzdových bodov, kedy pred základnou vojenskou službou a po nej pracoval len v pomernej časti roka (1973: 245 dní, 1974: 120 dní), a napriek tomu Sociálna poisťovňa pri výpočte pomerného osobného mzdového bodu vychádzala z celoročnej hodnoty všeobecného vymeriavacieho základu a tým navrhovateľa značne poškodila uvádzame. Podľa ustanovenia § 11 ods. 1 zákona č. 461/2003 Z. z., všeobecný vymeriavací základ je 12- násobok priemernej mesačnej mzdy v hospodárstve Slovenskej republiky zistenej Štatistickým úradom Slovenskej republiky za príslušný kalendárny rok. Všeobecné vymeriavacie základy v kalendárnych rokoch pred rokom 2003 sú uvedené v prílohe č. 3 k zákonu a suma všeobecného vymeriavacieho základu po roku 2002 za príslušný kalendárny rok sa ustanoví opatrením, ktoré vydá Ministerstvo práce, sociálnych vecí a rodiny Slovenskej republiky podľa údajov štatistického úradu a vyhlási jeho úplné znenie uverejnením v Zbierke zákonov Slovenskej republiky najneskôr do 30. 04. kalendárneho roka nasledujúceho po príslušnom kalendárnom roku. Z uvedeného vyplýva, že odporca navrhovateľa nepoškodil, keď pri výpočte sumy starobného dôchodku použil „celoročný“ všeobecný vymeriavací základ a nie pomerný tak, ako požaduje navrhovateľ. Odporca konal na základe zákona a v rámci zákonných ustanovení, pričom nemôže prekročiť tento rámec. Všeobecný vymeriavací základ je daný v ustanovení § 11 ods. 1 zákona č.461/2003 Z. z., a je uvedený v prílohe č. 3 tohto zákona (pred rokom 2003) a po roku 2002 za príslušný kalendárny rok je ustanovený opatrením, ktoré vydá Ministerstvo práce, sociálnych vecí a rodiny Slovenskej republiky podľa údajov Štatistického úradu Slovenskej republiky. Ďalej sa vyjadril k práceneschopnosti navrhovateľa a uviedol, že pred ňou a po nej pracoval len v pomernej časti roka 1983 - od 01. 01. do 02. 02. t.j. 33 dní a od 15. 10. do 31.12. t. j. 77 dní, spolu 110 dní, a napriek tomu, odporca vychádzal pri výpočte pomerného osobného mzdového bodu z celoročnej hodnoty všeobecného vymeriavacieho základu a tým značne poškodil navrhovateľa. Vyjadril sa k námietke navrhovateľa - nerešpektovaniu zmeny sociálneho zabezpečenia v priebehu roka 1990, t.j. prechodu zročného príjmu na zvolený základ a tým nezákonné zníženie osobného mzdového bodu. Odporca vychádzal z podkladov, ktoré má vo svojej evidencii. Aj z potvrdenia Sociálnej poisťovne, pobočka Bratislava zo dňa 22. 07.2009 vyplýva, že osobný vymeriavací základ za rok 1990 v sume 33 929 Sk je správny. Odporca sa vyjadril k námietke navrhovateľa, a to tak, že hodnotenie základnej vojenskej služby vykonanej od 03. 09. 1973 do 30. 08. 1974 v dĺžke 362 dní, pomernou časťou osobného mzdového bodu 0,3 je v rozpore so zákonom, a uviedol, že navrhovateľ získal náhradnú dobu podľa ustanovenia § 9 zákona č. 100/1988 Zb. o sociálnom zabezpečení v znení neskorších predpisov, a preto mu patrí pomerná časť osobného mzdového bodu 0,3. Podľa ustanovenia § 255 ods. 3 zákona č. 461/2003 Z. z, za náhradnú dobu, dobu štúdia a dobu výkonu civilnej služby, ktoré sa hodnotia ako doba zamestnania získané podľa predpisov účinných pred 01.01. 2004, a ktoré trvali celý kalendárny rok, patrí osobný mzdový bod vo výške 0,3.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Z uvedeného vyplýva, že navrhovateľovi patrí za kalendárny rok osobný mzdový bod v hodnote 0,3 z dôvodu, že v niektorom kalendárnom roku rozhodujúceho obdobia získal obdobie dôchodkového poistenia podľa ustanovenia § 255 ods. 3 cit. zákona. Odporca sa vyjadril k veci vyjadrením zo dňa 23.03.2016, v ktorom uviedol, že navrhovateľ v uvedenom písomnom podaní namieta, že obdobie, počas ktorého bol samostatne zárobkovou osobou t. j. od 01.01. 1990 do 30. 06.1993, a za ktoré má zaplatené poistné na dôchodkové poistenie, čo doložil listinnými dôkazmi, nemal pri určení sumy dôchodku zhodnotené, a teda bol o toto obdobie na dôchodku ukrátený. V súvislosti s navrhovateľom doručenými dokladmi o úhradách poistného v období rokov 1990 - 1993 (01.01.1990 - 30.06.1993) oddelenie výberu poistného Sociálnej poisťovne, pobočky Bratislava uskutočnilo šetrenie, ktorým bolo zistené, že navrhovateľ bol ako umelec vo vyššie uvedenom období evidovaný ako samostatne zárobkovo činná osoba - konkrétne v období od 01. 05. 1990 do 30. 06. 1995, od 01.07.1998 do 30.06. 2001 a od 01.07. 2002 do 30.06. 2003, pričom úhrada poistného na dôchodkové poistenie je evidovaná za obdobie od 01.05.1990 do 31.12. 1990 a od 01.01. 1991 do 31.12. 1991. Za obdobie od 01.01. 1992 do 30.06. 1993 Sociálna poisťovňa, pobočka Bratislava neeviduje navrhovateľom uhradené poistné na povinné dôchodkové zabezpečenie. Podľa ustanovenia § 60 ods. 1 zákona č. 461/2003 Z. z., obdobie dôchodkového poistenia je obdobie povinného dôchodkového poistenia, obdobie dobrovoľného dôchodkového poistenia, ak za tieto obdobia, okrem období uvedených v ustanovení § 140 zákona č.461/2003 Z. z., bolo zaplatené poistné na dôchodkové poistenie podľa tohto zákona a ak tento zákon neustanovuje inak. Obdobie dôchodkového poistenia navrhovateľa ako samostatne zárobkovo činnej osoby trvalo od 01.01.1990 do 30.06.1993, navrhovateľ má za toto obdobie zaplatené poistné od 01.05.1990 do 31.12. 1991. Podľa ustanovenia § 78 ods. 1 zákona č. 461/2003 Z. z., povinne dôchodkovo poistenej samostatne zárobkovo činnej osobe a dobrovoľne dôchodkovo poistenej samá zárobkovo činnej osobe, ktoré nezaplatili včas a v správnej sume poistné na dôchodok, poistenie za obdobie, za ktoré boli povinné platiť poistné na dôchodkové poistenie, sa obdobie započíta na nárok na starobný dôchodok, predčasný starobný dôchodok a invalidný dôchodok a na určenie ich sumy ako obdobie dôchodkového poistenia, odo dňa, v ktorom bola zaplatená celá suma dlžného poistného na dôchodkové poistenie. Odporca uviedol, že z vyjadrenia Sociálnej poisťovne, pobočka Bratislava z 25.04.2013 vyplýva, že podľa Vyhlášky Federálneho ministerstva práce a sociálnych veci č. 149/1988, do 31.12.1989 bol príjmom umelca jeho hrubý príjem umeleckej činnosti znížený o skutočné režijné náklady spojené s touto činnosťou, ak podliehali dani. Od 01.05.1990 nastala zmena zákona, kedy umelci mali povinnosť prihlásiť sa a poisťovne a platiť poistné z vymeriavacieho základu, ktorý si určili. Navrhovateľ teda nebol v období od 01.01.1990 do 30.06.1993 dôchodkovo poistený, a preto mu nebolo toto obdobie na výpočet sumy starobného dôchodku zohľadnené. Po vylúčení uvedenej doby poistenia sa u navrhovateľa zmenilo rozhodujúce obdobie na výpočet starobného dôchodku. Sociálna poisťovňa, pobočka Bratislava, zároveň zaslala opravný evidenčný list dôchodkového zabezpečenia, nárok na starobný dôchodok bol opätovne posúdený, a bolo vydané rozhodnutie číslo XXX XXX XXXX X zo dňa 25. 02. 2016, ktoré doplnilo rozhodnutie zo dňa 23.10.2013 v časti odôvodnenia o dôvody vylúčenia doby poistenia od 01.01. 1990 do 30. 06. 1993. Odporca sa vyjadril k veci vyjadrením zo dňa 22.05.2017, a to k podanému opravnému prostriedku navrhovateľa voči rozhodnutiu odporcu číslo XXX XXX XXXX X zo dňa 25.02. 2016, v ktorom uviedol, že napadnutým rozhodnutím číslo XXX XXX XXXX X zo dňa 25. 02. 2016, bolo doplnené rozhodnutie zo dňa 25. 10. 2013 v časti odôvodnenia o dôvody vylúčenia doby poistenia od 01. 01. 1990 do 30. 06. 1993 z obdobia dôchodkového poistenia zhodnoteného na nárok navrhovateľa na starobný dôchodok a na určenie jeho sumy. Na základe skutočnosti, ktoré boli predmetom šetrenia v súvislosti s námietkami navrhovateľa vznesenými v priebehu preskúmavacieho konania vedeného Krajským súdom v Bratislave, bolo zistené, že navrhovateľ nebol v období od 01.01. 1990 do 30. 06.1993 dôchodkovo poistený, pretože nebol, ako umelec, prihlásený na dôchodkové poistenie a nebolo zaplatené poistné za celé obdobie. Z toho dôvodu mu nemohlo byť toto obdobie na výpočet sumy starobného dôchodku zohľadnené. Po vylúčení uvedenej doby poistenia z hodnoteného obdobia dôchodkového poistenia sa u navrhovateľa zmenilo rozhodujúce obdobie na výpočet starobného dôchodku, preto mu bola suma starobného dôchodku prepočítaná a rozhodnutím číslo XXX XXX XXXX X zo dňa 25. 10. 2013 bol starobný dôchodok podľa ustanovenia § 65 a ustanovenia § 112 ods. 3 a ods. 6 zákona číslo 461/2003 Z. z., znížený od 04. 12. 2013 na sumu vo výške 439,60 EUR mesačne. Odporca tvrdil, že výška starobného dôchodku navrhovateľa je stanovená správne, a je v súlade so zákonom č. 461/2003 Z. z., preto navrhoval napadnuté rozhodnutia ako vecne správne potvrdiť. Predmetom prieskumu Krajského súdu je preskúmanie zákonnosti rozhodnutí odporcu číslo XXX XXX XXXX zo dňa 25.12.2008 v spojení s rozhodnutím číslo XXX XXX XXXX X zo dňa 12.03.2009, v spojení s rozhodnutím číslo XXX XXX XXXX X zo dňa 25.10.2013 a zmenovým rozhodnutím číslo XXX XXX XXXX X zo dňa 25.02.2016 (ďalej aj „napadnuté rozhodnutia“). Krajský súd preskúmal napadnuté rozhodnutia odporcu navrhovateľom podľa ustanovenia § 250l a nasl. O.s.p., prejednal návrhy navrhovateľa, a dospel k záveru, že návrhy navrhovateľa nie sú dôvodné. Krajský súd v danom prípade súd postupoval podľa ustanovenia § 492 ods. 1 zákona č. 162/2015 Z. z. Správny súdny poriadok (ďalej len „SSP“),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konštatuje, že navrhovateľ podal včas, t. j. v zákonnej lehote opravné prostriedky - návrhy na preskúmanie napadnutých rozhodnutí odporcu. Krajský súd vykonal dokazovanie výsluchom navrhovateľa a prednesom právnej zástupkyne odporcu na pojednávaní dňa 24.10.2018, oboznámil sa s obsahom dávkového spisu odporcu, s obsahom spisového materiálu, písomnými vyjadreniami navrhovateľa zo dňa 26.05.2009 (č.l.60- 87 s. sp.), zo dňa 20.11.2009 (č.l.99 - 108 s. sp.), zo dňa 16.02.2013 (č.l.121 - 127 s. sp.), zo dňa 11.04.2013 (č.l.132 - 134 s. sp.), zo dňa 10.12.2013 (č.l.145- 218 s. sp.), zo dňa 17.03.2014 (č.l.219 - 227 s. sp.), zo dňa 12.11.2015 (č.l.236- 253 s. sp.), zo dňa 19.04.2016 (č.l.271- 366 s. sp.), zo dňa 31.05.2016 (č.l.367- 400 s. sp.), zo dňa 12.06.2016 (č.l.401- 428 s. sp.), zo dňa 01.09.2018 (č.l.438 - 469 s. sp.), zo dňa 01.09.2018 (č.l.470- 473 s. sp.), zo dňa 25.08.2018 (č.l.476 - 537 s. sp.), ako aj ďalšími listinnými dôkazmi založenými v súdnom spise, a zistil tento skutkový stav. Krajský súd vo veci nariadil pojednávanie dňa 24.10.2018, na ktoré sa dostavil navrhovateľ a právna zástupkyňa odporcu. Navrhovateľ na pojednávaní dňa 24.10.2018 uviedol, že trvá na svojich návrhoch na preskúmanie predmetných rozhodnutí, ako aj svojich všetkých písomných vyjadreniach založených v súdnom spise a na prednese v písomnej forme predloženom na pojednávaní dňa 24.10.2018, a žiadal, aby krajský súd napadnuté rozhodnutia ako nezákonné zrušil. Právna zástupkyňa odporcu na pojednávaní dňa 24.10.2018 uviedla, že trvá na svojich písomných vyjadreniach a napadnuté rozhodnutia odporcu číslo XXX XXX XXXX zo dňa 23.12.2008 v spojení s rozhodnutím číslo XXX XXX XXXX z 12.03.2009, v spojení s rozhodnutím číslo XXX XXX XXXX X zo dňa 25.10.2013 a zmenovým rozhodnutím číslo XXX XXX XXXX X zo dňa 25.02.2016, žiadala ako vecne správne potvrdiť. Podľa § 13 ods. 2 zákona č. 461/2003 Z. z., sa z dôchodkového poistenia za podmienok ustanovených týmto zákonom poskytujú dôchodkové dávky, a to zo starobného poistenia starobný dôchodok, predčasný starobný dôchodok, vdovský dôchodok a vdovecký dôchodok, sirotský dôchodok a z invalidného poistenia invalidný dôchodok, vdovský dôchodok a vdovecký dôchodok, sirotský dôchodok. Podľa § 60 ods. 1 zákona č. 461/2003 Z. z. prvá veta,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Podľa § 66 ods. 1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zákona č. 461/2003 Z. z. prvá a druhá veta,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zákona č. 461/2003 Z. z. prvá veta, rozhodujúce obdobie na zistenie priemerného osobného mzdového bodu sú kalendárne roky pred rokom, v ktorom boli splnené podmienky nároku na dôchodkovú dávku s výnimkou kalendárnych rokov pred 01.01.1984, ak tento zákon neustanovuje inak. Podľa § 63 ods. 7 zákona č. 461/2003 Z. z.,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63 ods. 8 zákona č. 461/2003 Z. z., ak v rozhodujúcom období sú len obdobia uvedené v § 62 ods. 2 prvej vete &lt;https://www.slov-lex.sk/pravne-predpisy/SK/ZZ/2003/461/20181119&gt; alebo § 255 ods. 3 &lt;https://www.slov-lex.sk/pravne-predpisy/SK/ZZ/2003/461/20181119&gt;, priemerný osobný mzdový bod je 0,3. Podľa § 78 ods. 1 zákona č. 461/2003 Z. z., povinne dôchodkovo poistenej samostatne zárobkovo činnej osobe a dobrovoľne dôchodkovo poistenej samá zárobkovo činnej osobe, ktoré nezaplatili včas a v správnej sume poistné na dôchodok poistenie za obdobie, za ktoré boli povinné platiť poistné na dôchodkové poistenie, si obdobie započíta na nárok na starobný dôchodok, predčasný starobný dôchodok a invalidný dôchodok a na určenie ich sumy ako obdobie dôchodkového poistenia odo dňa, v ktorom bola zaplatená celá suma dlžného poistného na dôchodkové poistenie. Podľa § 293d zákona č. 461/2003 Z. z. v znení zákona č. 244/2005 Z. z., na dôchodkové dávky právoplatne priznané do 30.06.2005 a na dôchodkové dávky o ktorých konanie začaté pred 01. júlom 2005 nebolo právoplatne skončené do 30. júna 2005 sa § 63 v znení účinnom od 01. júla 2005 nepoužije. Podľa ustanovenia § 195 ods. l až 3 zákona č.461/2003 Z. z., sociálna poisťovňa pred vydaním rozhodnutia postupuje tak, aby presne a úplne zistila skutočný stav veci, a na ten účel obstará potrebné podklady na rozhodnutie. Podkladom sú najmä podaniu, návrhy a vyjadrenia účastníkov konania, dôkazy, čestné vyhlásenia, ako aj skutočnosti všeobecne známe. Krajský súd zistil preskúmavanej veci, že navrhovateľ napadol opravnými prostriedkami zákonnosť vyššie uvedených napadnutých rozhodnutí, v ktorých namietal správnosť určenia výšky starobného dôchodku a ako dôvody uviedol, že odporca vedome a úmyselne porušil odporcom ustanovenia § 293d, § 61, § 62, § 82, § 210 zákona č. 461/2003 Z. z., namietal nesprávny odporcom výpočet starobného dôchodku - chyby v počítaní, dôsledkom čoho bol mu nesprávne vyplatený starobný dôchodok, správne mala byť vyplatená suma vo výške 326 858 Sk a vyplatená bola len suma vo výške 232 511 Sk, a teda vznikla mu škoda vo výške 94 347 Sk, namietal porušenie odporcom maximálnych lehôt predpísaných v ustanovení § 210 zákona č.461/2003 Z. z. na vydanie rozhodnutia - odporca je v omeškaní od 02.02.2008, namietal nesúlad napadnutého rozhodnutia so zákonom v určení hodnoty osobného mzdového bodu rozhodného obdobia za roky 1990 - 1993, t. j. nesprávnu hodnotu osobného mzdového bodu za rok 1990 a za prvý polrok 1993 (navrhovateľ žiadal určenie osobného mzdového fondu a navrhoval ako treba určiť dielčie osobné mzdové body podľa ustanovenia § 255 ods. 3, § 61 zákona č.461/2003 Z. z.), namietal nesprávne uvedenie odporcom rozhodného obdobia, ktoré je 22 rokov a nie 9,5 roka, odporca je teda povinný pri určení priemerného mzdového bodu osobné mzdové body vypočítať z 22 rokov, namietal rozpor rozhodnutia odporcu s Nálezom Ústavného súdu Slovenskej republiky č. 204/2008 Z. z. - od 13.06.2008 bola obnovená platnosť ustanovenia § 82 zákona č.461/2003 Z. z., preto starobné dôchodky priznané za rok 2005 je potrebné zvýšiť od 01.07.2005 o 8,85 %, a toto zvýšenie je potrebné zohľadniť a pri nasledujúcich zvýšeniach, neuvedenie odporcom v napadnutom rozhodnutí dátumu uplatnenia nároku a spísania žiadosti o dôchodok, ktorým je 03.12.2007, a ktorý je uvedený v „žiadosti o dôchodok“, ktorý podľa zákona č. 461/2003 Z. z. spisuje výhradne Sociálna poisťovňa, určenie povinností odporcu - k povinnosti odporcu určiť dôchodok podľa znenia ods. 7 - 8 § 63. z: 461/2003 Z. z. v znení zákona 244/2005 Z. z. je naplnenie dvoch podmienok uvedených v ustanovení § 293d cit. zákona, aby nárok na dôchodok vznikol pred 01.07.2005, a konanie začaté po 01.07.2005, pričom navrhovateľ splnil obidve podmienky, preto odporca je povinný pri určení priemerného mzdového bodu osobné mzdové body vypočítať z 22 rokov, aj keď čiastočne presahujú 01. 01. roka 1984. Navrhovateľ uviedol, že si voči odporcovi rezervuje právo na uplatnenie náhrady všetkých majetkových škôd a nemajetkovej ujmy, ktorú navrhovateľovi úmyselne spôsobil odporca nezákonným rozhodnutím zo dňa 24.04.2008, alebo spôsobí, zároveň si uplatňuje úroky z omeškania vo výške 8,54% podľa ustanovenia § 3 nariadenia vlády SR č. 87/1995 Z. z. , s poukázaním na právo občana, aby správne orgány vybavili veci včas a bez zbytočných prieťahov s použitím najvhodnejších prostriedkov, ktoré vedú k správnemu vybaveniu veci. Navrhovateľ žiadal Krajský súd, aby zrušil napadnuté rozhodnutia odporcu, a aby ho zaviazal určiť priemerný mzdový bod žalobcu z 22 rokov v časovom rozpätí od 01.07.1971 do 30. 06.1993, dôsledkom čoho výška určeného dôchodku vo výroku v rozhodnutí sa podstatne pozmení. Navrhovateľ taktiež žiadal, aby Krajský súd, vzhľadom na veľké meškanie pri určení zákonom stanovenej výšky jeho dôchodku, zaviazal odporcu, aby nové rozhodnutie vydal v lehote 30 dní od právoplatnosti rozsudku, vrátane poukázania rozdielu na jeho účet, spolu so začatím mesačného poukazovania dôchodku v zákonnej výške. Krajský súd zistil z administratívneho spisu, že: Rozhodnutím číslo XXX XXX XXXX zo dňa 13.01.2009, odporca vyhovel námietkam navrhovateľa a zrušil napadnuté rozhodnutie navrhovateľom číslo XXX XXX XXXX zo dňa 24.07.2008, a to rozhodnutím číslo XXX XXX XXXX zo dňa 23.12.2009, ktorým opätovne rozhodol o jeho nároku na priznanie starobného dôchodku a určil priemerný osobný mzdový fond ako podiel úhrnu osobných mzdových bodov za jednotlivé kalendárne roky rozhodujúceho obdobia 1984 - 2004 určenom podľa ustanovenia § 63 ods. 7 zákona č.461/2003 Z. z. v znení zákona č.244/2005 Z. z. Prehľad hodnôt osobných mzdových fondov za jednotlivé kalendárne roky rozhodujúceho obdobia a výpočet starobného dôchodku je uvedený v napadnutom rozhodnutí a v osobnom liste dôchodkového poistenia. Rozhodnutím číslo XXX XXX XXXX zo dňa 12. 03. 2009, navrhovateľovi vznikol podľa ustanovenia § 65 ods. 1 zákona č. 461/2003 Z. z., nárok na starobný dôchodok získaním najmenej 10 rokov obdobia dôchodkového poistenia a dosiahnutím dôchodkového veku, ak poistenec dosiahol dôchodkový vek v období od 01. 01. 2004 do 31. 12. 2007. Pretože 60 rokov veku dosiahol 19. 04. 2004, dôchodkový vek podľa ustanovenia § 65 ods. 3 písm. b) zákona č. 461/2003 Z. z. dosiahol pripočítaním deviatich kalendárnych mesiacov k veku 60 rokov, 19.01.2005. Navrhovateľ k 19. 01. 2005 získal 14 455 dní obdobia dôchodkového poistenia a presný rozpis je uvedený v priloženom osobnom liste dôchodkového poistenia (ďalej len „osobný list“). Podľa ustanovenia § 60 ods. 6 zákona č. 461/2003 Z. z., rok dôchodkového poistenia je 365 dní dôchodkového poistenia. Z uvedeného vyplýva, že navrhovateľ získal 39 rokov a 220 dní obdobia dôchodkového poistenia, čím splnil podmienky nároku na starobný dôchodok 19.01.2005. Suma starobného dôchodku je určená podľa ustanovenia § 66 ods. 1 zákona č.461/2003 z. z.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 rozhodujúcom období kalendárnych rokov 1984 až 2004 určenom podľa ustanovenia § 63 ods. 7 zákona č 461/2003 Z. z., navrhovateľ nezískal aspoň 22 kalendárnych rokov za ktoré možno určiť osobné mzdové body. Osobné mzdové body v týchto kalendárnych rokoch sa zisťujú osobitne za každý kalendárny rok, a to ako podiel úhrnu vymeriavacích základov, z ktorých sa platí poistné na dôchodkové poistenie a všeobecného vymeriavacieho základu uvedeného v prílohe č. 3 k zákonu č. 461/2003 Z. z. a v opatreniach Ministerstva práce sociálnych veci a rodiny Slovenskej republiky, ktorým sa ustanovuje suma všeobecného vymeriavacieho základu za kalendárny rok 2003. Poistencovi, ktorý v niektorom kalendárnom roku rozhodujúceho obdobia získal obdobie dôchodkového poistenia podľa ustanovenia § 255 ods. 3 zákona č. 461/2003 Z. z., patrí za takýto kalendárny rok osobný mzdový bod, ktorého hodnota je 0,3. Takýto kalendárny rok sa z rozhodujúceho obdobia vylučuje a na výpočet priemerného osobného mzdového bodu sa vylúči aj počet dní kalendárneho roka obdobia dôchodkového poistenia. Ak takéto obdobie dôchodkového poistenia netrvalo celý kalendárny rok, patrí pomerná časť hodnoty osobného mzdového bodu pripadajúca na túto časť kalendárneho roka podľa ustanovenia § 255 ods. 3 zákona č. 461/2003 Z. z. Pretože navrhovateľ získal náhradnú dobu podľa ustanovenia § 9 zákona č. 100/1988 Zb. v znení neskorších predpisov, a získal dobu inej vojenskej služby alebo dobu civilnej služby v kalendárnom roku 1973- 120 dní, v kalendárnom roku 1974 - 242 dní, v kalendárnom roku 1983 - 253 dní, patrí mu za toto obdobie pomerná časť osobného mzdového bodu 0,3. Úhrn osobných mzdových bodov za jednotlivé kalendárne roky rozhodujúceho obdobia je 28,8356. Navrhovateľ získal v rozhodujúcom období úhrnom 7 852 dní dôchodkového poistenia, to znamená 21,5124 rokov dôchodkového poistenia podľa ustanovenia § 63 ods. 1 zákona č. 461/2003 Z. z. Podiel úhrnu osobných mzdových bodov a rokov dôchodkového poistenia v rozhodujúcom období, priemerný osobný mzdový bod, je 1,3405. Podľa ustanovenia § 63 ods. 3 písm. b) zákona č. 461/2003 Z. z. sa priemerný osobný mzdový bod v hodnote nižšej ako 1,25 započítava v plnej výške, z hodnoty od 1,25 do hodnoty neprevyšujúcej hodnotu 3 sa v roku 2005 započítava 60 %.V súlade s uvedeným je hodnota priemerného osobného mzdového bodu 1,3043. Navrhovateľ získal ku dňu vzniku nároku na starobný dôchodok, t.j. k 19. 01. 2005, 14 455 dní obdobia dôchodkového poistenia, čo na účely výpočtu starobného dôchodku je 39,6028 rokov dôchodkového poistenia. Na základe vyjadrenia Sociálnej poisťovne, pobočka Bratislava bolo zistené, že navrhovateľ v období od 01.01. 1990 do 30.06. 1993 nebol dôchodkovo poistený, a preto sa obdobie od 01.01. 1990 do 30.06.1993 na výpočet sumy starobného dôchodku nezohľadňuje. Z vyjadrenia Sociálnej poisťovne, pobočka Bratislava zo dňa 25. 04.2013 vyplýva, že podľa Vyhlášky Federálneho ministerstva práce a sociálnych vecí č. 149/1988 Zb. do 31.12.1989, je príjmom umelca jeho hrubý príjem umeleckej činnosti znížený o skutočné režijné náklady spojené s touto činnosťou, ak podlieha dani. Od 01.05.1990 došlo k zmene zákona, v zmysle ktorej, mali umelci povinnosť prihlásiť sa do Sociálnej poisťovne a platiť poistné z vymeriavacieho základu, ktorý si určili. Navrhovateľ sa do príslušnej regionálnej poisťovne neprihlásil, a preto nebol dôchodkovo zabezpečený. Sociálna poisťovňa, pobočka Bratislava zaslala odporcovi opravný evidenčný list dôchodkového zabezpečenia, ktorý opätovne posúdil nárok na starobný dôchodok. Do rozhodujúceho obdobia pre zistenie priemerného osobného mzdového bodu patrí aj obdobie od 01. 07. 1961 do 31. 08. 1962, a od 01. 07. 1967 do 31.07.1967. Vzhľadom na to, že o nároku starobný dôchodok navrhovateľa nebolo rozhodnuté do 30.06.2005 a konanie o dôchodkovej dávke sa nezačalo pred 01.07.2005, v súlade s ustanovením § 293d zákona č. 461/2003 Z. z., rozhodujúcim obdobím na zistenie priemerného osobného mzdového bodu sú kalendárne roky pred 01. 01.1984. Podľa ustanovenia § 293d zákona č. 461/2003 Z. z., na dôchodkové dávky právoplatne priznané do 30.06.2005 a na dôchodkové dávky o ktorých konanie začaté pred 01.07.2005 nebolo právoplatne skončené do 30.06.2005, sa ustanovenie § 63 v znení účinnom od 01.07.2005 nepoužije. Osobné mzdové body v týchto kalendárnych rokoch sa zisťujú osobitne za každý kalendárny rok, a to ako podiel úhrnu vymeriavacích základov, z ktorých sa platí poistné na dôchodkom poistenie, a všeobecného vymeriavacieho základu uvedeného v prílohe č. 3 k zákonu č. 461/2003 Z. z. a v opatrení Ministerstva práce, sociálnych veci a rodiny Slovenskej republiky, ktorým sa ustanovuje suma všeobecného vymeriavacieho základu za kalendárny rok 2003. Poistencovi, ktorý v niektorom kalendárnom roku rozhodujúceho obdobia získal obdobie dôchodkového poistenia podľa ustanovenia § 255 ods. 3 zákona č. 461/2003 Z. z., patrí za takýto kalendárny rok osobný mzdový bod, ktorého hodnota je 0,3. Takýto kalendárny rok sa z rozhodujúceho obdobia vylučuje a na výpočet priemerného osobného mzdového bodu sa vylúči aj počet dni kalendárneho roka obdobia dôchodkového poistenia Ak takéto obdobie dôchodkového poistenia netrvalo celý kalendárny rok, patrí pomerná časť hodnoty osobného mzdového bodu pripadajúca na túto časť kalendárneho roka podľa ustanovenia § 255 ods. 3 zákona č. 461/2003 Z. z. Nakoľko navrhovateľ získal náhradnú dobu podľa ustanovenia § 9 zákona č. 100/1988 Zb. v znení neskorších predpisov, preukázal dobu štúdia, ktorá sa hodnotí ako zamestnanie a získal dobu inej vojenskej služby alebo dobu civilnej služby v kalendárnom roku 1958 - 122 dní, v kalendárnom roku 1961 - 181 dní, v kalendárnom roku 1962 - 244 dní, v kalendárnom roku 1971 - 181 dní, v kalendárnom roku 1973 - 120 dní, v kalendárnom roku 1974 - 242 dní, v kalendárnom roku 1983 - 253 dní, patrí mu za tieto obdobia pomerná časť osobného mzdového bodu 0,3. Úhrn osobných mzdových bodov za jednotlivé kalendárne roky rozhodujúceho obdobia je 26,5884. Navrhovateľ získal v rozhodujúcom období úhrnom 7 914 dní dôchodkového poistenia, to znamená 21,6822 rokov dôchodkového poistenia podľa ustanovenia § 63 ods. 1 zákona č. 461/2003 Z. z. Podiel úhrnu osobných mzdových bodov a rokov dôchodkového poistenia v rozhodujúcom období, priemerný osobný mzdový bod, je 1,2263. Podľa ustanovenia § 63 ods. 3 zákona č. 461/2003 Z. z. sa priemerný osobný mzdový bod v hodnote nižšej ako 1,25 započítava v plnej výške. V súlade s uvedeným je hodnota priemerného osobného mzdového bodu 1,2263. Navrhovateľ získal ku dňu vzniku nároku na starobný dôchodok, t. j. k 19. 01. 2005, 13 178 dní obdobia dôchodkového poistenia, čo na účely výpočtu starobného dôchodku je 36,1042 rokov dôchodkového poistenia. Aktuálna dôchodková hodnota platná k 19.01.2005 je podľa ustanovenia § 64 ods. 2 zákona č. 461/2003 Z. z. v znení zákona č. 721/2004 Z. z. 195,31 Sk. Rozhodnutím číslo XXX XXX XXXX zo dňa 23.12.2009, odporca opätovne rozhodol o jeho nároku na priznanie starobného dôchodku a určil priemerný osobný mzdový fond ako podiel úhrnu osobných mzdových bodov za jednotlivé kalendárne roky rozhodujúceho obdobia 1984 - 2004 určenom podľa ustanovenia § 63 ods. 7 zákona č.461/2003 Z. z. Prehľad hodnôt osobných mzdových fondov za jednotlivé kalendárne roky rozhodujúceho obdobia a výpočet starobného dôchodku je uvedený v napadnutom rozhodnutí a v osobnom liste dôchodkového poistenia. Rozhodnutím číslo XXX XXX XXXX X zo dňa 25.10.2013, odporca navrhovateľovi znížil starobný dôchodok a doplnil v časti odôvodnenia, bez zmeny výroku, a to z dôvodu vylúčenia doby poistenia od 01.01. 1990 do 30.06.1993, nakoľko navrhovateľ nebol v tomto období dôchodkovo poistený. Rozhodnutím číslo XXX XXX XXXX X zo dňa 25.02.2016, že odporca navrhovateľovi znížil starobný dôchodok priznaný rozhodnutím zo dňa 25.10.2013, a to z dôvodu vylúčenia doby dôchodkového poistenia od 01.01. 1990 do 30.06.1993, nakoľko navrhovateľ nebol v tomto období dôchodkovo poistený, a teda došlo k zmene rozhodujúceho obdobia na výpočet starobného dôchodku Z tohto dôvodu bola navrhovateľovi suma starobného dôchodku prepočítaná a podľa ustanovenia § 65 a ustanovenia § 112 ods. 3 a ods. 6 zákona číslo 461/2003 Z. z., bol starobný dôchodok navrhovateľa znížený od 04. 12. 2013 na sumu vo výške 439,60 EUR mesačne. Krajský súd sa zaoberal námietkou navrhovateľa, že obdobie, počas ktorého bol samostatne zárobkovou osobou, t. j. od 01.01.1990 do 30.06.1993, a za ktoré má zaplatené poistné na dôchodkové poistenie, nemal pri určení sumy dôchodku zhodnotené. Z osobného listu dôchodkového poistenia mal krajský súd zistené, že navrhovateľ v rozhodujúcom období kalendárnych rokov 1984 - 2004 nezískal celých 22 kalendárnych rokov dôchodkového poistenia, za ktoré možno určiť osobné mzdové body. Krajský súd mal v konaní zistené, že navrhovateľ uhradil poistné na dôchodkové poistenie za obdobie od 01.05.1990 do 31.12.1990, a že nepreukázal odporcovi úhradu poistného na dôchodkové poistenie za obdobie od 01.01.1991 do 31.12.1991 a za obdobie od 01.01. 1992 do 30.06. 1993. Navrhovateľ bolo v rokoch 1972 - 1993 bol dôchodkovo poistený v Slovenskej republike a od 01.07.1993 bol poistený v Maďarsku. Krajský súd mal zistené z opravného evidenčného listu dôchodkového zabezpečenia vydaného Sociálnou poisťovňou, pobočkou Bratislava, že obdobie dôchodkového poistenia navrhovateľa ako samostatne zárobkovo činnej osoby trvalo od 01.01.1990 do 30.06. 1993, v ktorom však navrhovateľ nebol nepretržite dôchodkovo poistený, pretože má za toto obdobie zaplatené poistné na dôchodkové poistenie iba od 01.05.1990 do 31.12. 1990. Krajský súd sa zaoberal námietkou navrhovateľa, že odporca nesprávne stanovil obdobie dôchodkového poistenia, keď navrhovateľovi nezohľadnil pri výpočte starobného dôchodku obdobie, kedy nebol dôchodkovo poistený, a dospel k záveru, že odporca postupoval v súlade s ustanovením § 60 ods. 1 zákona č. 461/2003 Z. z., podľa ktorého, obdobie dôchodkového poistenia, je obdobie povinného dôchodkového poistenia, obdobie dobrovoľného dôchodkového poistenia, ak za tieto obdobia, okrem období uvedených v ustanovení § 140 zákona č.461/2003 Z. z., bolo zaplatené poistné na dôchodkové poistenie podľa tohto zákona, a ak tento zákon neustanovuje inak, a je v súlade so zisteným skutkovým stavom preukázaným na základe osobného listu dôchodkového poistenia navrhovateľa a opravného evidenčného listu dôchodkového zabezpečenia vydaného Sociálnou poisťovňou, pobočkou Bratislava, nakoľko po vylúčení uvedenej doby poistenia, kedy navrhovateľ nebol dôchodkovo poistený, sa zmenilo rozhodujúce obdobie na výpočet starobného dôchodku. Krajský súd preto považuje námietku navrhovateľa za nedôvodnú. Krajský súd sa zaoberal námietkou navrhovateľa, že odporca pri výpočte sumy starobného dôchodku použil „celoročný“ všeobecný vymeriavací základ, a nie pomerný, a dospel k záveru, že odporca správne aplikoval ustanovenie § 11 ods. 1 zákona č. 461/2003 Z. z., v zmysle ktorého, všeobecný vymeriavací základ je 12-násobok priemernej mesačnej mzdy v hospodárstve Slovenskej republiky zistenej Štatistickým úradom Slovenskej republiky za príslušný kalendárny rok. Všeobecné vymeriavacie základy v kalendárnych rokoch pred rokom 2003 sú uvedené v prílohe č. 3 k zákonu a suma všeobecného vymeriavacieho základu po roku 2002 za príslušný kalendárny rok sa ustanoví opatrením, ktoré vydá Ministerstvo práce, sociálnych vecí a rodiny Slovenskej republiky podľa údajov štatistického úradu a vyhlási jeho úplné znenie uverejnením v Zbierke zákonov Slovenskej republiky, najneskôr do 30.04. kalendárneho roka nasledujúceho po príslušnom kalendárnom roku. Krajský súd preto považuje námietku navrhovateľa za nedôvodnú. Krajský súd sa zaoberal námietkou navrhovateľa, že odporca nerešpektoval zmeny sociálneho zabezpečenia v priebehu roka 1990, t.j. prechodu zročného príjmu na zvolený základ, a tým nezákonne znížil jeho osobný mzdový bod. Z potvrdenia Sociálnej poisťovne, pobočka Bratislava zo dňa 22.07.2009 mal krajský súd zistené, že osobný vymeriavací základ za rok 1990 bol vypočítaný v sume vo výške 33 929 Sk, a z osobného listu dôchodkového poistenia navrhovateľa mal zistené, že osobné mzdové body v jednotlivých kalendárnych rokoch boli zistené za každý kalendárny rok, a to ako podiel úhrnu vymeriavacích základov, z ktorých sa platí poistné na dôchodkom poistenie, a všeobecného vymeriavacieho základu uvedeného v prílohe č. 3 k zákonu č. 461/2003 Z. z. a v opatrení Ministerstva práce, sociálnych veci a rodiny Slovenskej republiky, ktorým sa ustanovuje suma všeobecného vymeriavacieho základu za príslušný kalendárny rok. Krajský súd mal konštatuje, že navrhovateľ získal náhradnú dobu v súlade s ustanovením § 9 zákona č. 100/1988 Zb. v znení neskorších predpisov, keď preukázal dobu štúdia, ktorá sa hodnotí ako zamestnanie a získal dobu inej vojenskej služby alebo dobu civilnej služby v kalendárnom roku 1958 - 122 dní, v kalendárnom roku 1961 - 181 dní, v kalendárnom roku 1962 - 244 dní, v kalendárnom roku 1971 - 181 dní, v kalendárnom roku 1973 - 120 dní, v kalendárnom roku 1974 - 242 dní, v kalendárnom roku 1983 - 253 dní, a preto mu patrí za tieto obdobia pomerná časť osobného mzdového bodu 0,3, a teda úhrn osobných mzdových bodov za jednotlivé kalendárne roky rozhodujúceho obdobia je odporcom správne stanovený vo výške 26,5884. Krajský súd konštatuje, že odporca správne postupoval podľa ustanovenia § 63 ods. 1 zákona č. 461/2003 Z. z., keď v napadnutom rozhodnutí stanovil, že navrhovateľ v rozhodujúcom období získal úhrnom 7 914 dní dôchodkového poistenia, t. j. 21,6822 rokov dôchodkového poistenia a určil priemerný osobný mzdový bod - 1,2263, ako podiel úhrnu osobných mzdových bodov a rokov dôchodkového poistenia v rozhodujúcom období a ďalej podľa ustanovenia § 63 ods. 3 zákona č. 461/2003 Z. z., keď priemerný osobný mzdový bod v hodnote nižšej ako 1,25 započítal v plnej výške. Navrhovateľ ku dňu vzniku nároku na starobný dôchodok, t. j. k 19. 01. 2005, získal 13 178 dní obdobia dôchodkového poistenia, čo na účely výpočtu starobného dôchodku je 36,1042 rokov dôchodkového poistenia. Krajský súd preto považuje námietku navrhovateľa za nedôvodnú. Krajský súd ďalej konštatuje, že odporca správne postupoval pri stanovení priemerného osobného mzdového fondu, vzhľadom na skutočnosť, že o nároku starobný dôchodok navrhovateľa nebolo rozhodnuté do 30.06.2005 a konanie o dôchodkovej dávke sa nezačalo pred 01.07.2005, v súlade s ustanovením § 293d zákona č. 461/2003 Z. z., rozhodujúcim obdobím na zistenie priemerného osobného mzdového bodu sú kalendárne roky pred 01.01.1984. Podľa ustanovenia § 293 d zákona č. 461/2003 Z. z., na dôchodkové dávky právoplatne priznané do 30. 06. 2005 a na dôchodkové dávky o ktorých konanie začaté pred 01.07.2005 nebolo právoplatne skončené do 30. 06. 2005, sa ustanovenie § 63 v znení účinnom od 01. 07. 2005 nepoužije. Krajský súd konštatuje, že navrhovateľ dosiahol vek 60 rokov dňa 19. 04. 2004 a dôchodkový vek dosiahol pripočítaním 9-tich kalendárnych mesiacov k veku 60 rokov, t. j. dňa 19. 01. 2005, a to v súlade s ustanovením § 65 ods. 3 písm. b) zákona č. 461/2003 Z. z., a teda ku dňu vzniku nároku na starobný dôchodok, t. j. k 19. 01. 2005, získal 13 178 dní obdobia dôchodkového poistenia, čo na účely výpočtu starobného dôchodku je 36,1042 rokov dôchodkového poistenia a teda podľa ustanovenia § 64 ods. 2 zákona č. 461/2003 Z. z., aktuálna dôchodková hodnota platná k 19.01.2005, je 195,31 Sk. Krajský súd poukazuje na to, že zákon nepozná tzv. „rezervovanie si voči odporcovi právo na uplatnenie náhrady všetkých majetkových škôd a nemajetkovej ujmy, ktorú mal navrhovateľovi úmyselne spôsobiť odporca nezákonným rozhodnutím zo dňa 24.04.2008, alebo spôsobí“ . Krajský súd podotýka, že v danom prípade sa jedná o konanie v správnom súdnictve podľa tretej hlavy piatej časti Občianskeho súdneho poriadku, v zmysle ktorého, súdy preskúmavajú na základe žalôb alebo opravných prostriedkov zákonnosť rozhodnutí a postupov orgánov verejnej správy, a preto si navrhovateľ voči odporcovi v rámci tohto konania nemohol uplatniť žiadne hmotné nároky, a z tohto dôvodu, sa súd nimi nezaoberal. Krajský súd dodáva, že aj keby boli napadnuté rozhodnutia zrušené odporcom, nie je v jeho právomoci zaviazať odporcu k vydaniu nového rozhodnutia v určenej lehote 30 dní od právoplatnosti rozsudku, nakoľko napadnuté rozhodnutie môže v zmysle ustanovení § 250j ods. 2 Občianskeho súdneho poriadku buď potvrdiť alebo zrušiť. Krajský súd v predmetnej veci preskúmal napadnuté rozhodnutia odporcu, vrátane jeho postupov, priloženú spisovú dokumentáciu v celom rozsahu, a dospel k záveru, že odporcom bol vo veci pred vydaním rozhodnutí presne a úplne zistený skutočný stav veci , v súlade s ustanovením § 195 ods. l až 3 zákona č.461/2003 Z. z., a správne aplikované ustanovenia zákona, a preto napadnuté rozhodnutia odporcu - číslo XXX XXX XXXX zo dňa 23.12.2008 v spojení s rozhodnutím číslo XXX XXX XXXX X zo dňa 12.03.2009, v spojení s rozhodnutím číslo XXX XXX XXXX X zo dňa 25.10.2013 a zmenovým rozhodnutím číslo XXX XXX XXXX X zo dňa 25.02.2016, ako vecne správne potvrdil. O trovách konania súd rozhodol podľa § 250k ods. 1 prvej vety O. s. p. v spojení s § 250l ods. 2 O. s. p. Navrhovateľ nebol v konaní úspešná, preto mu trovy konania neprislúchajú a úspešný odporca si trovy konania voči navrhovateľovi neuplatnil.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https://www.kauzis.sk/judikatura/r/ECLI:SK:KSBA:2018:1008201584.4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