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5Scud/10/2009 z 12. 11. 2018</w:t>
      </w:r>
    </w:p>
    <w:p>
      <w:r>
        <w:t>Uznesenie Krajského súdu Bratislava z 12. novembra 2018, sp. zn. 5Scud/10/2009, ECLI:SK:KSBA:2018:1009200565.14</w:t>
      </w:r>
    </w:p>
    <w:p>
      <w:r>
        <w:t>Súd: Krajský súd Bratislava</w:t>
      </w:r>
    </w:p>
    <w:p>
      <w:r>
        <w:t>Spisová značka: 5Scud/10/2009</w:t>
      </w:r>
    </w:p>
    <w:p>
      <w:r>
        <w:t>ECLI: ECLI:SK:KSBA:2018:1009200565.14</w:t>
      </w:r>
    </w:p>
    <w:p>
      <w:r>
        <w:t>Dátum vydania: 12. 11. 2018</w:t>
      </w:r>
    </w:p>
    <w:p>
      <w:r>
        <w:t>Forma: Uznesenie</w:t>
      </w:r>
    </w:p>
    <w:p>
      <w:pPr>
        <w:pStyle w:val="Heading2"/>
      </w:pPr>
      <w:r>
        <w:t>Text rozhodnutia</w:t>
      </w:r>
    </w:p>
    <w:p>
      <w:r>
        <w:t>Súd: Krajský súd Bratislava Spisová značka: 5Scud/10/2009 Identifikačné číslo súdneho spisu: 1009200565 Dátum vydania rozhodnutia: 13. 11. 2018 Meno a priezvisko sudcu, VSÚ: JUDr. Marta Barková ECLI: ECLI:SK:KSBA:2018:1009200565.14 Uznesenie Krajský súd v Bratislave v právnej veci navrhovateľov 1. R. K., D. N. I. XXXX/XX O.,T., X. J. K., D. U. XX, K., X. I. K., D. C. XX/X N.Ú., X. A. K., N. Q. XXX/XX,N., Č. W., N. R. po R.: U. K., U.. XX.XX.XXXX, R. D. H. XXX, C., Č. W., všetci právne zastúpení: JUDr. Andrea Lutterová, advokátka, so sídlom: Longobardská 27, 851 10 Bratislava proti odporkyni Sociálnej poisťovni ústredie, Ul. 29. augusta č. 8, Bratislava o invalidný dôchodok, takto r o z h o d o l : Krajský súd konanie z a s t a v u j e . Krajský súd priznáva navrhovateľom náhradu trov konania vo výške v sume 378, 45 EUR. o d ô v o d n e n i e : Navrhovateľ, U. K., naposledy bytom H. XXX, C., Č. W., návrhom zo dňa 16.04.2009, doručeným na Krajský súd v Bratislave (ďalej len „súd“), dňa 20.04.2012, žiadal preskúmať rozhodnutie odporkyne číslo XXX XXX XXXX X zo dňa 23.10.2009, ktorým mu odporkyňa zamietla jeho žiadosť o invalidný dôchodok. Ďalej boli v konaní navrhovateľom resp. jeho právnymi nástupcami, napadnuté rozhodnutia odporkyne č. XXX XXX XXXX X zo dňa 18.02.2009 v spojení so zmenovými rozhodnutiami č. XXX XXX XXXX X zo dňa 21.05.2009 a č. XXX XXX XXXX X zo dňa 23.10.2009 a v spojení s novými rozhodnutiami XXX XXX XXXX X - X.. zo dňa 10.07.2017 a č. XXX XXX XXXX 0 - II. zo dňa 10.07.2017. Navrhovateľ zomrel dňa 13.02.2012 a právnymi nástupcami po navrhovateľovi sa stali v zmysle ustanovenia § 118 ods.1 zákona č.461/2003 Z. z. o sociálnom poistení v znení neskorších predpisov, jeho deti: R. K., D. N. I. XXXX/XXA,T., J. K., D. U. XX, K., I. K., D. C. XX/X N. O. A. K., N. Q. XXX/XX, N., Č. W., ktorí splnomocnili splnomocneniami zo dňa 28.10.2013 a zo dňa 16.12.2013 na konanie Advokátsku kanceláriu - Andrea DUONGOVÁ&amp;PARTNERS, s.r.o., so sídlom Šancová 70, 811 05 Bratislava, zastúpená: JUDr. Andrea Duongová, advokátka (po zmene mena JUDr. Andrea Lutterová). Podľa § 118 ods.1 zákona č.461/2003 Z. z. o sociálnom poistení v znení neskorších predpisov, ak fyzická osoba, ktorá splnila podmienky nároku na dávku, zomrela po uplatnení nároku na dávku a nároku na jej výplatu, prechádzajú nároky na sumy splatné ku dňu smrti tejto fyzickej osoby postupne na manžela (manželku), deti a rodičov. Prehlásením na pojednávaní dňa 13.11.2018, právna zástupkyňa navrhovateľov - právnych nástupcov po navrhovateľovi, vzala späť návrh v celom rozsahu, zároveň žiadala priznať trovy konania za osem úkonov právnej služby v sume vo výške 535,35 EUR. Odporkyňa súhlasila so späťvzatím návrhu navrhovateľov - právnych nástupcov po navrhovateľovi, v celom rozsahu. Súd na základe vyššie uvedeného, podľa ustanovenia § 250d ods. 3 v spojení s ustanovením § 250h ods. 2 a ustanovením § 250l ods. 2 O. s. p., konanie zastavil. Právna zástupkyňa navrhovateľov - právnych nástupcov po navrhovateľovi, písomne podaním to dňa 14.11.2018 vyčíslila náhradu trov konania za osem úkonov právnej služby takto: rok 2013 (1/100 výpočtového základu 7,81 EUR; 1/13 výpočtového základu 60,08 EUR) 1 x prevzatie a príprava zastúpenia alebo obhajoby vrátane prvej porady s klientom (plná moc zo dňa 28.10.2013) podľa §13a ods. 1 písm. a) Vyhlášky 655/2004 Z. z.(60,08 EUR + režijný paušál 7,81 EUR), 1 x vypracovanie právneho rozboru veci podľa § 13a ods. 1 písm. e) Vyhlášky 655/2004 Z. z. (60,08 EUR + režijný paušál 7,81 EUR), 1 x účasť na pojednávaní, ktoré bolo odročené bez prejednania veci (dňa 11.12.2013 o 14:00 hod.) podľa § 13a ods. 4 Vyhlášky 655/2004 Z. z. ( 1 x l/4 zo 60,08 EUR- 15,02 EUR + 1 x režijný paušál 7,81 EUR), rok 2014 (1/100 výpočtového základu 8,04 EUR; 1/13 výpočtového základu 61,85 EUR) 1 x písomné podanie na súd (vyjadrenie zo dňa 8.01.2014) podľa § 13a ods. 1 písm. c) Vyhlášky 655/2004 Z. z. (61,85 EUR + režijný paušál 8,04 EUR), 1 x účasť na pojednávaní (dňa 22.01.2014) podľa § 14 ods. 1 písm. d) Vyhlášky 655/2004 Z. z. (61,85 EUR + režijný paušál 8,04 EUR) rok 2017 (1/100 výpočtového základu 8,84 EUR; 1/13 výpočtového základu 68 EUR), 1 x písomné podanie na súd (vyjadrenie zo dňa 5.12.2017) podľa §13a ods. 1 písm. c) Vyhlášky 655/2004 Z. z. (68,- EUR + režijný paušál 8,84 EUR) rok 2018 (1/100 výpočtového základu 9,21 EUR; 1/13 výpočtového základu 70,85 EUR) 1 x písomné podanie na súd (špecifikácia petitu zo dňa 12.11.2018) podľa § 13a ods. 1 písm. c) Vyhlášky 655/2004 Z. z. (70,85 EUR + režijný paušál 9,21 EUR) 1 x účasť na pojednávaní (dňa 13.11.2018) podľa § 14 ods. 1 písm. d) Vyhlášky 655/2004 Z. z. (70,85 EUR + režijný paušál 9,21 EUR. Súd o trovách konania rozhodol podľa ustanovenia § 146 ods. 2 O. s. p. v súlade s ustanovením § 246c O. s. p.. Súd priznal navrhovateľom - právnym nástupcom po navrhovateľovi voči odporkyni náhradu trov konania podľa ustanovenia § 146 ods. 2 O. s. p., aj keď vzali späť návrh voči odporkyni v celom rozsahu, z dôvodu, že tento návrh bol navrhovateľom podaný dôvodne, a to vzhľadom na skutočnosť, že odporkyňa navrhovateľovi a jeho právnym nástupcom v danej veci vyhovela zmenovými rozhodnutiami č. XXX XXX XXXX X zo dňa 21.05.2009 a č. XXX XXX XXXX X zo dňa 23.10.2009 a v spojení s novými rozhodnutiami XXX XXX XXXX X - X.. zo dňa 10.07.2017 a č. XXX XXX XXXX X - X.. zo dňa 10.07.2017. Podľa ustanovenia § 146 ods. 2 O. s. p., ak niektorý z účastníkov zavinil, že konanie sa muselo zastaviť, je povinný uhradiť jeho trovy. Ak však pre správanie odporcu vzal späť návrh, ktorý bol podaný dôvodne, je povinný uhradiť trovy konania odporca. Súd priznal navrhovateľom - právnym nástupcom po navrhovateľovi, trovy konania za právne zastúpenie podľa ustanovenia § 146 ods. 2 O. s. p. za šesť úkonov právnych služieb vyúčtovaných podľa ustanovenia § 10 ods.1 Vyhlášky Ministerstva spravodlivosti Slovenskej republiky o odmenách a náhradách advokátov za poskytovanie právnych služieb č.655/2004 Z. z. v znení neskorších predpisov, v zmysle ktorého, prináleží za 1 úkon právnej služby odmena vo výške 1/13 výpočtového základu, a to takto: rok 2013 (1/100 výpočtového základu 7,81 EUR; 1/13 výpočtového základu 60,08 EUR) 1 x prevzatie a príprava zastúpenia alebo obhajoby vrátane prvej porady s klientom (plná moc zo dňa 28.10.2013) podľa §13a ods. 1 písm. a) Vyhlášky 655/2004 Z. z.(60,08 EUR + režijný paušál 7,81 EUR), 1 x vypracovanie právneho rozboru veci podľa § 13a ods. 1 písm. e) Vyhlášky 655/2004 Z. z. (60,08 EUR + režijný paušál 7,81 EUR), 1 x účasť na pojednávaní, ktoré bolo odročené bez prejednania veci (dňa 11.12.2013 o 14:00 hod.) podľa § 13a ods. 4 Vyhlášky 655/2004 Z. z. ( 1 x l/4 zo 60,08 EUR- 15,02 EUR + 1 x režijný paušál 7,81 EUR), rok 2014 (1/100 výpočtového základu 8,04 EUR; 1/13 výpočtového základu 61,85 EUR) 1 x písomné podanie na súd (Vyjadrenie zo dňa 8.01.2014) podľa § 13a ods. 1 písm. c) Vyhlášky 655/2004 Z. z. (61,85 EUR + režijný paušál 8,04 EUR), 1 x účasť na pojednávaní (dňa 22.01.2014) podľa § 14 ods. 1 písm. d) Vyhlášky 655/2004 Z. z. (61,85 EUR + režijný paušál 8,04 EUR), rok 2018 (1/100 výpočtového základu 9,21 EUR; 1/13 výpočtového základu 70,85 EUR), 1 x účasť na pojednávaní (dňa 13.11.2018) podľa § 14 ods. 1 písm. d) Vyhlášky 655/2004 Z. z. (70,85 EUR + režijný paušál 9,21 EUR). Súd priznal navrhovateľom - právnym nástupcom po navrhovateľovi, trovy konania za právne zastúpenie spolu v sume v celkovej výške 378,45 EUR. Súd nepriznal navrhovateľom - právnym nástupcom po navrhovateľovi, trovy konania za právne zastúpenie za dva úkony právnej služby, a to za vypracovanie dvoch písomných vyjadrení na súd právnou zástupkyňou zo dňa 05.12.2017 vo výške 76, 84 EUR (68 EUR + režijný paušál 8,84 EUR) a zo dňa 12.11.2018 vo výške 80,06 EUR (70,85 EUR + režijný paušál 9,21 EUR), nakoľko uvedené vyjadrenia vypracovala právna zástupkyňa navrhovateľov - právnych nástupcov po navrhovateľovi, jednak bez výzvy súdu a jednak ich mohla predniesť ústne do zápisnice na pojednávaniach. Súd podotýka, že tieto vyjadrenia sa týkali najmä uplatnenia hmotnoprávnych nárokov navrhovateľov - úrokov z omeškania, ktoré ale nespadajú pod súdny prieskum v tomto konaní, pretože na predmetné konanie vzťahuje Tretia hlava O. s. p. - Rozhodovanie o opravných prostriedkoch proti rozhodnutiam správnych orgánov. V zmysle ustanovenia § 250l ods. 1 podľa tejto hlavy O. s. p., sa postupuje v prípadoch, v ktorých zákon zveruje súdom rozhodovanie o opravných prostriedkoch proti neprávoplatným rozhodnutiam správnych orgánov. Súd z uvedených dôvodov, nepovažoval predmetné vyjadrenia navrhovateľov - právnych nástupcov po navrhovateľovi, za účelné uplatňovanie alebo bránenie práva proti odporkyni, a preto im nepriznal trovy konania za právne zastúpenie za vyššie uvedené dva úkony právnej služby, a to spolu v sume celkovej výške 156, 90 EUR. Poučenie: Proti tomuto uzneseniu je možné podať odvolanie do 15dní odo dňa jeho doručenia na Krajskom súde v Bratislave.</w:t>
      </w:r>
    </w:p>
    <w:p/>
    <w:p>
      <w:r>
        <w:t>Zdroj: KAUZIS.SK – https://www.kauzis.sk/judikatura/r/ECLI:SK:KSBA:2018:1009200565.14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