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5Sd/175/2012 z 21. 11. 2018</w:t>
      </w:r>
    </w:p>
    <w:p>
      <w:r>
        <w:t>Uznesenie Krajského súdu Bratislava z 21. novembra 2018, sp. zn. 5Sd/175/2012, ECLI:SK:KSBA:2018:1012201021.1</w:t>
      </w:r>
    </w:p>
    <w:p>
      <w:r>
        <w:t>Súd: Krajský súd Bratislava</w:t>
      </w:r>
    </w:p>
    <w:p>
      <w:r>
        <w:t>Spisová značka: 5Sd/175/2012</w:t>
      </w:r>
    </w:p>
    <w:p>
      <w:r>
        <w:t>ECLI: ECLI:SK:KSBA:2018:1012201021.1</w:t>
      </w:r>
    </w:p>
    <w:p>
      <w:r>
        <w:t>Dátum vydania: 21. 11. 2018</w:t>
      </w:r>
    </w:p>
    <w:p>
      <w:r>
        <w:t>Forma: Uznesenie</w:t>
      </w:r>
    </w:p>
    <w:p>
      <w:pPr>
        <w:pStyle w:val="Heading2"/>
      </w:pPr>
      <w:r>
        <w:t>Text rozhodnutia</w:t>
      </w:r>
    </w:p>
    <w:p>
      <w:r>
        <w:t>Súd: Krajský súd Bratislava Spisová značka: 5Sd/175/2012 Identifikačné číslo súdneho spisu: 1012201021 Dátum vydania rozhodnutia: 22. 11. 2018 Meno a priezvisko sudcu, VSÚ: JUDr. Marta Barková ECLI: ECLI:SK:KSBA:2018:1012201021.1 Uznesenie Krajský súd v Bratislave v právnej veci navrhovateľa: J. H., L. M. XA, XXX XX L., proti odporkyni: Sociálna poisťovňa ústredie - Bratislava, so sídlom Ul. 29. augusta č. 8, 813 63 Bratislava, o invalidný dôchodok, takto r o z h o d o l : Súd konanie z a s t a v u j e. Žiaden z účastníkov nemá právo na náhradu trov konania. o d ô v o d n e n i e : Návrhom osobne podaným na Krajský súd v Bratislave (ďalej len „krajský súd“) dňa 04.06.2012 sa navrhovateľ domáhal priznania invalidného dôchodku a jeho doplatenia podľa žiadosti o invalidný dôchodok zo dňa 22.08.2008. Z obsahu jeho návrhu zjavne vyplývalo, že smeroval voči rozhodnutiu odporkyne číslo XXX XXX XXXX zo dňa XX.XX.XXXX. Na základe výzvy krajského súdu sa k návrhu písomne vyjadrila odporkyňa podaním doručeným dňa 02.07.2012. Návrh navrhovateľa považovala za nedôvodný, pričom poukázala na tú skutočnosť, že v danom prípade ide o prekážku už rozhodnutej veci. Argumentovala tým, že rozhodnutie číslo XXX XXX XXXX zo dňa 26.05.2011 navrhovateľ napadol už skôr, a to opravným prostriedkom zo dňa 03.07.2011, o ktorom rozhodoval Krajský súd v Bratislave pod číslom konania 9Sd/16/2011. Žiadala, aby krajský súd pre prekážku rozhodnutej veci konanie zastavil. Z pripojeného spisu Krajského súdu v Bratislave vedeného pod sp. zn. 9Sd/16/2011 konajúci správny súd zistil, že Krajský súd v Bratislave uznesením č. k. 9Sd/16/2011-26 zo dňa 14.03.2012, právoplatným dňom 03.05.2012, zastavil konanie o návrhu navrhovateľa o preskúmanie rozhodnutia číslo XXX XXX XXXX zo dňa 26.05.2011 z dôvodu, že navrhovateľ vzal späť opravný prostriedok na pojednávaní konanom dňa 14.03.2012. Podľa ustanovenia § 492 ods. 1 zákona č. 162/2015 Z. z. Správneho súdneho poriadku, konania podľa tretej hlavy piatej časti Občianskeho súdneho poriadku začaté predo dňom nadobudnutia účinnosti tohto zákona sa dokončia podľa doterajších predpisov. Podľa ust. § 246c ods. 1 Občianskeho súdneho poriadku (ďalej len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103 O.s.p. kedykoľvek za konania prihliada súd na to, či sú splnené podmienky, za ktorých môže konať vo veci (podmienky konania). Podľa ust. § 104 ods. 1 veta prvá O.s.p. ak ide o taký nedostatok podmienky konania, ktorý nemožno odstrániť, súd konanie zastaví. Podľa ust. § 159 ods. 3 O.s.p. len čo sa o veci právoplatne rozhodlo, nemôže sa prejednávať znova. Vzhľadom na to, že v posudzovanej veci vedenej pod sp. zn. 5Sd/175/2012 a vo veci právoplatne skončenej na Krajskom súdu v Bratislave pod sp. zn. 9Sd/16/2011 sú účastníci konania a predmet konania totožní, konajúci správny súd konštatuje, že ide o skutočnosť, ktorá v prejednávanej veci zakladá prekážku právoplatne rozhodnutej veci. Nakoľko prekážka právoplatne rozhodnutej veci predstavuje taký nedostatok podmienky konania, ktorý nemožno odstrániť, krajský súd v súlade s ust. § 250h ods. 2 O.s.p. konanie v súdenej veci zastavil.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Vzhľadom na vyššie uvedené krajský súd rozhodol tak, ako je uvedené vo výrokovej časti tohto rozhodnutia. Poučenie: Proti tomuto uzneseniu je možné podať odvolanie do 15 dní odo dňa jeho doručenia na Krajskom súde v Bratislave, písomne, dvojmo.</w:t>
      </w:r>
    </w:p>
    <w:p/>
    <w:p>
      <w:r>
        <w:t>Zdroj: KAUZIS.SK – https://www.kauzis.sk/judikatura/r/ECLI:SK:KSBA:2018:1012201021.1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