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5Sd/311/2012 z 22. 8. 2018</w:t>
      </w:r>
    </w:p>
    <w:p>
      <w:r>
        <w:t>Uznesenie Krajského súdu Bratislava z 22. augusta 2018, sp. zn. 5Sd/311/2012, ECLI:SK:KSBA:2018:1012201948.8</w:t>
      </w:r>
    </w:p>
    <w:p>
      <w:r>
        <w:t>Súd: Krajský súd Bratislava</w:t>
      </w:r>
    </w:p>
    <w:p>
      <w:r>
        <w:t>Spisová značka: 5Sd/311/2012</w:t>
      </w:r>
    </w:p>
    <w:p>
      <w:r>
        <w:t>ECLI: ECLI:SK:KSBA:2018:1012201948.8</w:t>
      </w:r>
    </w:p>
    <w:p>
      <w:r>
        <w:t>Dátum vydania: 22. 8.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5Sd/311/2012 Identifikačné číslo súdneho spisu: 1012201948 Dátum vydania rozhodnutia: 23. 08. 2018 Meno a priezvisko sudcu, VSÚ: JUDr. Marta Barková ECLI: ECLI:SK:KSBA:2018:1012201948.8 Uznesenie Krajský súd v Bratislave v právnej veci navrhovateľky: A. A., R.. XX.XX.XXXX, D. X.. D. X, XXX XX D., zastúpená: JUDr. Milan Hargaš, advokát, so sídlom Miletičova 23, 821 09 Bratislava, IČO: 42 267 153 proti odporcovi: Sociálna poisťovňa ústredie, Ul. 29 augusta č.8, 813 63 Bratislava o preskúmanie rozhodnutia č. XXX XXX XXXX zo dňa 28.06.2012 vo veci invalidného dôchodku, takto r o z h o d o l : Súd konanie zastavuje. Žiaden z účastníkov nemá právo na náhradu trov konania. o d ô v o d n e n i e : Navrhovateľka návrhom zo dňa 23.07.2012 žiadala preskúmať rozhodnutie č. XXX XXX XXXX zo dňa 28.06.2012, ktorým jej bol zamietnutá žiadosť o zvýšenie sumy invalidného dôchodku. Navrhovateľka podaním zo dňa 04.10.2016, doručeným súdu dňa 19.10.2016, vzala späť návrh v celom rozsahu. Súd podľa ustanovenia § 250d ods. 3 v spojení s ustanovením § 250h ods. 2 a § 250l ods. 2 O.s.p. konanie zastavil. Navrhovateľka si uplatnila trovy právneho zastúpenia prostredníctvom svojho právneho zástupcu za 6 úkonov právnych služieb, a to v celkovej výške v sume 427,06 EUR. Súd nepriznal navrhovateľke náhradu trov konania voči odporcovi, z dôvodu, že v konaní nebolo preukázané, že odporca zavinil, že konanie sa muselo zastaviť. Súd podotýka, že aj keď odporca zmenil rozhodnutie odporcu č. XXX XXX XXXX zo dňa 28.06.2012 a vydal nové rozhodnutie č.XXX XXX XXXX zo dňa 03.06.2016, na základe ktorého bolo vyhovené odvolaniu navrhovateľky a od 09.12.2015 jej bol zvýšený invalidný dôchodok, odporca však rozhodol na základe zmeny v posudkových záveroch v dôsledku predloženia nových lekárskych správ navrhovateľkou. Súd na základe uvedených skutočnosti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https://www.kauzis.sk/judikatura/r/ECLI:SK:KSBA:2018:1012201948.8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