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8Sd/71/2013 z 11. 9. 2018</w:t>
      </w:r>
    </w:p>
    <w:p>
      <w:r>
        <w:t>Uznesenie Krajského súdu Bratislava z 11. septembra 2018, sp. zn. 8Sd/71/2013, ECLI:SK:KSBA:2018:1013200667.9</w:t>
      </w:r>
    </w:p>
    <w:p>
      <w:r>
        <w:t>Súd: Krajský súd Bratislava</w:t>
      </w:r>
    </w:p>
    <w:p>
      <w:r>
        <w:t>Spisová značka: 8Sd/71/2013</w:t>
      </w:r>
    </w:p>
    <w:p>
      <w:r>
        <w:t>ECLI: ECLI:SK:KSBA:2018:1013200667.9</w:t>
      </w:r>
    </w:p>
    <w:p>
      <w:r>
        <w:t>Dátum vydania: 11. 9. 2018</w:t>
      </w:r>
    </w:p>
    <w:p>
      <w:r>
        <w:t>Forma: Uznesenie</w:t>
      </w:r>
    </w:p>
    <w:p>
      <w:pPr>
        <w:pStyle w:val="Heading2"/>
      </w:pPr>
      <w:r>
        <w:t>Text rozhodnutia</w:t>
      </w:r>
    </w:p>
    <w:p>
      <w:r>
        <w:t>Súd: Krajský súd Bratislava Spisová značka: 8Sd/71/2013 Identifikačné číslo súdneho spisu: 1013200667 Dátum vydania rozhodnutia: 12. 09. 2018 Meno a priezvisko sudcu, VSÚ: JUDr. Blanka Malichová ECLI: ECLI:SK:KSBA:2018:1013200667.9 Uznesenie Krajský súd v Bratislave v právnej veci navrhovateľa: D. Q., nar. XX.XX.XXXX, bytom F. XXXX/X, R., zast. JUDr. Gabrielom Debnárom, bytom 919 09 Bohdanovce nad Trnavou 231, proti odporkyni: Sociálna poisťovňa - ústredie, Ul. 29. augusta č. 8-10, Bratislava, o invalidný dôchodok o preskúmanie rozhodnutia správneho orgánu vo veci dôchodkového poistenia č. XXX XXX XXXX X zo dňa 22.11.2012, takto r o z h o d o l : Konanie z a s t a v u j e. Žiaden z účastníkov nemá právo na náhradu trov konania. o d ô v o d n e n i e : 1. Opravným prostriedkom zo dňa 10.01.2013, Krajskému súdu v Bratislave (ďalej iba „súd“) doručeným prostredníctvom odporkyne dňa 12.04.2013, žiadal navrhovateľ preskúmať rozhodnutie odporkyne číslo č. XXX XXX XXXX X zo dňa 22.11.2012, ktorým mu od 06.04.2005 odňala čiastočný invalidný dôchodok. Na základe opravného prostriedku bol posudkovými lekármi odporkyne niekoľkokrát opätovne posudzovaný jeho zdravotný stav a po dožiadaní tunajšieho súdu k záverom znaleckého posudku súdneho znalca, G.. G.. V. L., č. X/XXXX zo dňa 21.10.2015, bola dňa 23.02.2016 posudkovou lekárkou odporkyne vypracovaná lekárska správa s odborným posudkom, v zmysle záverov ktorého miera poklesu schopnosti navrhovateľa vykonávať zárobkovú činnosť je 55 %, čiastočná invalidita zanikla dňa 03.02.2005 a invalidita vznikla dňa 19.01.2015. Rozhodnutím zo dňa 10.06.2016 mu bol od 19.01.2015 priznaný invalidný dôchodok v sume 226,60 eur. Dňa 14.06.2018 bolo na ďalšie dožiadanie súdu doručené stanovisko znalca, Mgr. MUDr. V. L., na základe ktorého bola dňa 02.08.2018 posudkovou lekárkou odporkyne vypracovaná lekárska správa s odborným posudkom, podľa ktorého miera poklesu schopnosti navrhovateľa vykonávať zárobkovú činnosť je 55 %, čiastočná invalidita zanikla dňa 03.02.2005 a invalidita vznikla dňa 05.11.2012. 2. Na pojednávaní súdu dňa 12.09.2018 navrhovateľ s uvedením, že odporkyňa rozhodla v zmysle príslušných ustanovení Zákona o sociálnom poistení, priznala mu mieru poklesu schopnosti vykonávať zárobkovú činnosť 55 % a suma invalidného dôchodku mu v zodpovedajúcej výške bola vyplatená od 05.11.2012 až do poslednej splátky, vzal svoj opravný prostriedok späť a konanie žiadal zataviť. 3. Odporkyňa so späťvzatím návrhu súhlasila. 4. Podľa § 491 ods. 1 Správneho súdneho poriadku č. 162/2015 Z.z. (ďalej len „S.s.p.“), ak nie je ďalej ustanovené inak, platí tento zákon aj na konania začaté podľa piatej časti Občianskeho súdneho poriadku predo dňom nadobudnutia jeho účinnosti. 5.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6. Podľa § 492 ods. 1 Správneho súdneho poriadku, konania podľa tretej hlavy piatej časti Občianskeho súdneho poriadku začaté predo dňom nadobudnutia účinnosti tohto zákona sa dokončia podľa doterajších predpisov. 7. Podľa § 492 ods. 2 Správneho súdneho poriadku, odvolacie konania podľa piatej časti Občianskeho súdneho poriadku začaté predo dňom nadobudnutia účinnosti tohto zákona sa dokončia podľa doterajších predpisov. 8. Podľa ust. § 250d ods. 3 Občianskeho súdneho poriadku č. 99/1963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9. Podľa ust. § 250h ods. 2 O.s.p. až do rozhodnutia súdu môže žalobca vziať žalobu späť; ak žalovanému medzitým vznikli trovy konania, rozhodne súd o ich náhrade. 10. Podľa ust. § 250l ods. 1 O.s.p. podľa ustanovení tejto hlavy sa postupuje v prípadoch, v ktorých zákon zveruje súdom rozhodovanie o opravných prostriedkoch proti neprávoplatným rozhodnutiam správnych orgánov. 11. Podľa ods. 2 cit ust. pokiaľ v tejto hlave nie je ustanovené inak, použije sa primerane ustanovenie druhej hlavy s výnimkou § 250a. 12. Krajský súd v Bratislave so zreteľom na dispozitívny úkon navrhovateľa, ktorým vzal opravný prostriedok podaný proti rozhodnutiu odporkyne späť, konanie v zmysle ustanovení § 250d ods. 3 v spojení s ust. § 250h ods. 2 a § 250l ods. 2 O.s.p. zastavil, pričom svoj procesný postup podriadil zneniu ust. § 492 ods. 1 S.s.p. a na svoje rozhodnutie aplikoval na vec vzťahujúce sa ustanovenia Občianskeho súdneho poriadku. 13.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https://www.kauzis.sk/judikatura/r/ECLI:SK:KSBA:2018:1013200667.9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