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5Scud/13/2013 z 27. 9. 2018</w:t>
      </w:r>
    </w:p>
    <w:p>
      <w:r>
        <w:t>Uznesenie Krajského súdu Bratislava z 27. septembra 2018, sp. zn. 5Scud/13/2013, ECLI:SK:KSBA:2018:1013200696.8</w:t>
      </w:r>
    </w:p>
    <w:p>
      <w:r>
        <w:t>Súd: Krajský súd Bratislava</w:t>
      </w:r>
    </w:p>
    <w:p>
      <w:r>
        <w:t>Spisová značka: 5Scud/13/2013</w:t>
      </w:r>
    </w:p>
    <w:p>
      <w:r>
        <w:t>ECLI: ECLI:SK:KSBA:2018:1013200696.8</w:t>
      </w:r>
    </w:p>
    <w:p>
      <w:r>
        <w:t>Dátum vydania: 27. 9.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5Scud/13/2013 Identifikačné číslo súdneho spisu: 1013200696 Dátum vydania rozhodnutia: 28. 09. 2018 Meno a priezvisko sudcu, VSÚ: JUDr. Marta Barková ECLI: ECLI:SK:KSBA:2018:1013200696.8 Uznesenie Krajský súd v Bratislave, v právnej veci navrhovateľky: E.O. D., R. XX.XX.XXXX, D. B.. K. X, XXX XX D. I., N. W. proti odporcovi: Sociálna poisťovňa ústredie, Ul. 29 augusta č.8 - 10, 813 63 Bratislava, v konaní o opravnom prostriedku proti rozhodnutiu XXX XXX XXXX X zo dňa 30.11.2012, ktorým bola zamietnutá žiadosť o invalidný dôchodok r o z h o d o l : Súd konanie zastavuje. Žiaden z účastníkov konania nemá právo na náhradu trov konania o d ô v o d n e n i e : Navrhovateľka podala v zákonnej lehote na Krajský súd v Bratislave opravný prostriedok voči rozhodnutiu XXX XXX XXXX X zo dňa 30.11.2012, ktorým bola zamietnutá odporcom jej žiadosť o invalidný dôchodok. Podaním zo dňa 06.09.2018, doručeným súdu dňa 14.09.2018, vzala navrhovateľka podanú žalobu späť v celom rozsahu a to pred prvým pojednávaním a pred rozhodnutím súdu vo veci. Na základe uvedeného, Krajský súd v Bratislave, konanie zastavil podľa § 250d ods. 3 v spojení s § 250h ods. 2 a § 250l ods. 2 O.s.p.. O trovách konania súd rozhodol podľa ustanovenia § 246c a ustanovenia § 146 ods. 1 písm. c) O.s.p a . žiadnemu z účastníkov konania nepriznal nárok na náhradu trov konania.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https://www.kauzis.sk/judikatura/r/ECLI:SK:KSBA:2018:1013200696.8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