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5Sd/137/2014 z 22. 8. 2018</w:t>
      </w:r>
    </w:p>
    <w:p>
      <w:r>
        <w:t>Uznesenie Krajského súdu Bratislava z 22. augusta 2018, sp. zn. 5Sd/137/2014, ECLI:SK:KSBA:2018:1014201127.2</w:t>
      </w:r>
    </w:p>
    <w:p>
      <w:r>
        <w:t>Súd: Krajský súd Bratislava</w:t>
      </w:r>
    </w:p>
    <w:p>
      <w:r>
        <w:t>Spisová značka: 5Sd/137/2014</w:t>
      </w:r>
    </w:p>
    <w:p>
      <w:r>
        <w:t>ECLI: ECLI:SK:KSBA:2018:1014201127.2</w:t>
      </w:r>
    </w:p>
    <w:p>
      <w:r>
        <w:t>Dátum vydania: 22.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5Sd/137/2014 Identifikačné číslo súdneho spisu: 1014201127 Dátum vydania rozhodnutia: 23. 08. 2018 Meno a priezvisko sudcu, VSÚ: JUDr. Marta Barková ECLI: ECLI:SK:KSBA:2018:1014201127.2 Uznesenie Krajský súd v Bratislave v právnej veci navrhovateľky: I. U., T.. XX.XX.XXXX, H. B. XXXX/XA, XXX XX H. proti odporcovi: Sociálna poisťovňa ústredie, Ul. 29 augusta č.8, 813 63 Bratislava o preskúmanie rozhodnutia č. XXX XXX XXXX X zo dňa 02.05.2014 vo veci invalidného dôchodku, takto r o z h o d o l : Súd konanie zastavuje. Žiaden z účastníkov nemá právo na náhradu trov konania. o d ô v o d n e n i e : Navrhovateľka návrhom zo dňa 22.05.2014 žiadala preskúmať rozhodnutie č. XXX XXX XXXX X zo dňa 22.05.2014, ktorým jej bol zamietnutý invalidný dôchodok. Navrhovateľka podaním zo dňa 03.07.2018, doručeným súdu dňa 17.07.2018, vzala späť návrh v celom rozsahu. Súd podľa ustanovenia § 250d ods. 3 v spojení s ustanovením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https://www.kauzis.sk/judikatura/r/ECLI:SK:KSBA:2018:1014201127.2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