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2Cbi/8/2014 z 28. 5. 2018</w:t>
      </w:r>
    </w:p>
    <w:p>
      <w:r>
        <w:t>Uznesenie Krajského súdu Bratislava z 28. mája 2018, sp. zn. 2Cbi/8/2014, ECLI:SK:KSBA:2018:1014201200.5</w:t>
      </w:r>
    </w:p>
    <w:p>
      <w:r>
        <w:t>Súd: Krajský súd Bratislava</w:t>
      </w:r>
    </w:p>
    <w:p>
      <w:r>
        <w:t>Spisová značka: 2Cbi/8/2014</w:t>
      </w:r>
    </w:p>
    <w:p>
      <w:r>
        <w:t>ECLI: ECLI:SK:KSBA:2018:1014201200.5</w:t>
      </w:r>
    </w:p>
    <w:p>
      <w:r>
        <w:t>Dátum vydania: 28. 5.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2Cbi/8/2014 Identifikačné číslo súdneho spisu: 1014201200 Dátum vydania rozhodnutia: 29. 05. 2018 Meno a priezvisko sudcu, VSÚ: JUDr. Ľubica Břoušková ECLI: ECLI:SK:KSBA:2018:1014201200.5 Uznesenie Krajský súd v Bratislave, v senáte zloženom z predsedníčky senátu JUDr. Ľubice Břouškovej a členov senátu JUDr. Ľubice Kriškovej a JUDr. Oľgy Bahníkovej, v právnej veci žalobcu: MOSAP, a.s., Piaristická 2, 949 01 Nitra, Slovenská republika, IČO: 36 521 671, spoločnosť zapísaná v Obchodnom registri Okresného súdu Nitra, odd. Sa, vložka č. 10019/N, zast.: JUDr. Svetlana Kšiňanová, PhD., advokátka, č. licencie: 3202, sídlo advokátskej kancelárie: Štefánikova tr. 4, 949 01 Nitra, Slovenská republika, proti žalovanému: JUDr. Ing. Vladimír Neuschl, sídlo SKP Dostojevského rad 5, 811 09 Bratislava, správca konkurznej podstaty úpadcu D.V.P. - Družstvo Vzájomnej Pomoci v konkurze, Wilsonovo nábrežie 64, 949 01 Nitra, IČO: 34 149 821, spoločnosť zapísaná v Obchodnom registri Okresného súdu Nitra, odd. Dr, vložka č. 212/N, o uplatnenie vlastníckeho práva k nehnuteľnosti, vylúčenie majetku zo súpisu, takto r o z h o d o l : Súd schvaľuje zmier v tomto znení: Žalovaný JUDr. Ing. Vladimír Neuschl, správca konkurznej podstaty úpadcu D.V.P. - Družstvo Vzájomnej Pomoci v konkurze, IČO: 34 149 821, sídlo SKP Dostojevského rad 5, 811 09 Bratislava, spoločnosť zapísaná v OR OS, Nitra, odd. Dr, vložka č. 212/N, Wilsonovo nábrežie č. 64, 949 01 Nitra, sa zaväzuje vylúčiť z konkurznej podstaty úpadcu D.V.P. - Družstvo Vzájomnej Pomoci v konkurze, majetok: nehnuteľnosti zapísané na liste vlastníctva č. XXXX, na Okresnom úrade odbore katastrálnom v N., nachádzajúce sa v okrese N., obec K., kat. územie K., a to parcely reg. „C“: - p.č. XXX, výmera 174 m2, zastavané plochy a nádvoria - p.č. XXX/X, výmera 5068m2, zastavané plochy a nádvoria - p.č. XXX/X, výmera 637 m2, zastavané plochy a nádvoria - p.č. XXX/X, výmera 364 m2, zastavané plochy a nádvoria - p.č. XXX/XX, výmera 408 m2, zastavané plochy a nádvoria - p.č. XXX/XX, výmera 4193 m2, zastavané plochy a nádvoria - p.č. XXX/XX, výmera 888 m2, zastavané plochy a nádvoria - p.č. XXX/XX, výmera 832 m2, zastavané plochy a nádvoria - p.č. XXX/XX, výmera 796 m2, zastavané plochy a nádvoria - p.č. XXX/XX, výmera 589 m2, zastavané plochy a nádvoria - p.č. XXX/XX, výmera 522 m2, zastavané plochy a nádvoria - p.č. XXX/XX, výmera 356 m2, zastavané plochy a nádvoria - p.č. XXX/XX, výmera 353 m2, zastavané plochy a nádvoria - p.č. XXX/XX, výmera 984 m2, zastavané plochy a nádvoria - p.č. XXX/XX, výmera 333 m2, zastavané plochy a nádvoria - p.č. XXX/XX, výmera 47 m2, zastavané plochy a nádvoria - p.č. XXX/XX, výmera 141 m2, zastavané plochy a nádvoria - p.č. XXX/XX, výmera 141 m2, zastavané plochy a nádvoria - p.č. XXX/XX, výmera 143 m2, zastavané plochy a nádvoria - p.č. XXX/XX, výmera 24 m2, zastavané plochy a nádvoria - p.č. XXX/XX, výmera 15862 m2, zastavané plochy a nádvoria - p.č. XXX/XX, výmera 335 m2, zastavané plochy a nádvoria - p.č. XXX/XX, výmera 1552 m2, zastavané plochy a nádvoria - p.č. XXX/XX, výmera 373 m2, zastavané plochy a nádvoria - p.č. XXX/XX, výmera 574 m2, zastavané plochy a nádvoria - p.č. XXX/XX, výmera 397 m2, zastavané plochy a nádvoria - p.č. XXX/XX, výmera 391 m2, zastavané plochy a nádvoria - p.č. XXX/XXX, výmera 388 m2, zastavané plochy a nádvoria - p.č. XXX/XXX, výmera 2268 m2, zastavané plochy a nádvoria - p.č. XXX/XXX, výmera 1180 m2, zastavané plochy a nádvoria - p.č. XXX/XXX, výmera 15 m2, zastavané plochy a nádvoria - p.č. XXX/XXX, výmera 259 m2, zastavané plochy a nádvoria - p.č. XXX/XXX, výmera 1869 m2, zastavané plochy a nádvoria - p.č. XXX/XXX, výmera 3106 m2, zastavané plochy a nádvoria - p.č. XXX/XXX, výmera 107 m2, zastavané plochy a nádvoria - p.č. XXX/XXX, výmera 59 m2, zastavané plochy a nádvoria - p.č. XXX/XXX, výmera 410 m2, zastavané plochy a nádvoria - p.č. XXX/XXX, výmera 1166 m2, zastavané plochy a nádvoria - p.č. XXX/XXX, výmera 5456 m2, zastavané plochy a nádvoria - p.č. XXX/XXX, výmera 2242 m2, zastavané plochy a nádvoria - p.č. XXX/XXX, výmera 319 m2, zastavané plochy a nádvoria - p.č. XXX/XXX, výmera 108 m2, zastavané plochy a nádvoria - p.č. XXX/XXX, výmera 129 m2, zastavané plochy a nádvoria - p.č. XXX/XXX, výmera 1634 m2, nastavané plochy a nádvoria - p.č. XXX/XXX, výmera 652 m2, zastavané plochy a nádvoria - p.č. XXX/XXX, výmera 34 m2, zastavané plochy a nádvoria - p.č. XXX/XXX, výmera 15554 m2, zastavané plochy a nádvoria - p.č. XXX/X, výmera 18849 m2, zastavané plochy a nádvoria - p.č. XXX/X, výmera 1800 m2, zastavané plochy a nádvoria - p.č. XXX/X, výmera 1108 m2, zastavané plochy a nádvoria - p.č. XXX/X, výmera 768 m2, zastavané plochy a nádvoria a vylúčenie zverejní v Obchodnom vestníku do 3 dní od právoplatnosti uznesenia o schválení zmieru. Žiadna strán sporu nemá nárok na náhradu trov konania. o d ô v o d n e n i e : 1. Žalobou doručenou súdu dňa 18.07.2014 sa žalobca domáhal uplatnenia vlastníckeho práva k nehnuteľnosti a vylúčenia majetku zo súpisu a žiadal, aby súd rozhodol tak, že vylučuje nehnuteľnosti nachádzajúce sa v okrese N., obec K., kat. územie K., parcely reg. „C“: - p.č. XXX, výmera 174 m2, zastavané plochy a nádvoria - p.č. XXX/X, výmera 5068m2, zastavané plochy a nádvoria - p.č. XXX/X, výmera 637 m2, zastavané plochy a nádvoria - p.č. XXX/X, výmera 637 m2, zastavané plochy a nádvoria - p.č. XXX/XX, výmera 364 m2, zastavané plochy a nádvoria - p.č. XXX/XX, výmera 4193 m2, zastavané plochy a nádvoria - p.č. XXX/XX, výmera 888 m2, zastavané plochy a nádvoria - p.č. XXX/XX, výmera 832 m2, zastavané plochy a nádvoria - p.č. XXX/XX, výmera 796 m2, zastavané plochy a nádvoria - p.č. XXX/XX, výmera 589 m2, zastavané plochy a nádvoria - p.č. XXX/XX, výmera 522 m2, zastavané plochy a nádvoria - p.č. XXX/XX, výmera 356 m2, zastavané plochy a nádvoria - p.č. XXX/XX, výmera 353 m2, zastavané plochy a nádvoria - p.č. XXX/XX, výmera 984 m2, zastavané plochy a nádvoria - p.č. XXX/XX, výmera 333 m2, zastavané plochy a nádvoria - p.č. XXX/XX, výmera 47 m2, zastavané plochy a nádvoria - p.č. XXX/XX, výmera 141 m2, zastavané plochy a nádvoria - p.č. XXX/XX, výmera 141 m2, zastavané plochy a nádvoria - p.č. XXX/XX, výmera 143 m2, zastavané plochy a nádvoria - p.č. XXX/XX, výmera 24 m2, zastavané plochy a nádvoria - p.č. XXX/XX, výmera 15862 m2, zastavané plochy a nádvoria - p.č. XXX/XX, výmera 335 m2, zastavané plochy a nádvoria - p.č. XXX/XX, výmera 1552 m2, zastavané plochy a nádvoria - p.č. XXX/XX, výmera 373 m2, zastavané plochy a nádvoria - p.č. XXX/XX, výmera 574 m2, zastavané plochy a nádvoria - p.č. XXX/XX, výmera 397 m2, zastavané plochy a nádvoria - p.č. XXX/XX, výmera 391 m2, zastavané plochy a nádvoria - p.č. XXX/XXX, výmera 388 m2, zastavané plochy a nádvoria - p.č. XXX/XXX, výmera 2268 m2, zastavané plochy a nádvoria - p.č. XXX/XXX, výmera 1180 m2, zastavané plochy a nádvoria - p.č. XXX/XXX, výmera 15 m2, zastavané plochy a nádvoria - p.č. XXX/XXX, výmera 259 m2, zastavané plochy a nádvoria - p.č. XXX/XXX, výmera 1869 m2, zastavané plochy a nádvoria - p.č. XXX/XXX, výmera 3106 m2, zastavané plochy a nádvoria - p.č. XXX/XXX, výmera 107 m2, zastavané plochy a nádvoria - p.č. XXX/XXX, výmera 59 m2, zastavané plochy a nádvoria - p.č. XXX/XXX, výmera 410 m2, zastavané plochy a nádvoria - p.č. XXX/XXX, výmera 1166 m2, zastavané plochy a nádvoria - p.č. XXX/XXX, výmera 5456 m2, zastavané plochy a nádvoria - p.č. XXX/XXX, výmera 2242 m2, zastavané plochy a nádvoria - p.č. XXX/XXX, výmera 319 m2, zastavané plochy a nádvoria - p.č. XXX/XXX, výmera 108 m2, zastavané plochy a nádvoria - p.č. XXX/XXX, výmera 129 m2, zastavané plochy a nádvoria - p.č. XXX/XXX, výmera 1634 m2, nastavané plochy a nádvoria - p.č. XXX/XXX, výmera 652 m2, zastavané plochy a nádvoria - p.č. XXX/XXX, výmera 34 m2, zastavané plochy a nádvoria - p.č. XXX/XXX, výmera 15554 m2, zastavané plochy a nádvoria - p.č. XXX/X, výmera 18849 m2, zastavané plochy a nádvoria - p.č. XXX/X, výmera 1800 m2, zastavané plochy a nádvoria - p.č. XXX/X, výmera 1108 m2, zastavané plochy a nádvoria - p.č. XXX/X, výmera 319 m2, zastavané plochy a nádvoria 2. Svoj návrh odôvodnil tým, že predmetné nehnuteľnosti žalobca nadobudol na základe kúpnej zmluvy č. M. uzavretej medzi predávajúcim AGRO-D.V.P., s.r.o., IČO: 36 540 757 a kupujúcim MOSAP a.s. (žalobca), zámennej zmluvy č. M. uzatvorenej medzi A G F, spol. s r.o., IČO: 17 643 678 a MOSAP a.s. (žalobca) a kúpnej zmluvy č. M. uzavretej medzi predávajúcim Y. K. a MOSAP a.s. (žalobca). Zdôraznil, že vlastníctvo predmetnej nehnuteľnosti má riadne zapísané v liste vlastníctva č. XXXX na Okresnom úrade, odbor katastrálny v N., kat. územie K.. Určovaciu žalobu, ktorou si zároveň uplatňuje vlastnícke právo k uvedeným nehnuteľnostiam odôvodnil tým, že žalovaný zaradil do súpisu majetku úpadcu D.V.P. - Družstvo Vzájomnej Pomoci v konkurze a z uvedených dôvodov a v súlade s ustanoveniami zák. č. 328/1991 Zb. s poukazom na ust. § 206a zák. č. 7/2005 Z.z. 3. Po začatí prvého pojednávania došlo medzi stranami k uzatvoreniu mimosúdnej dohody, na začiatku ktorej strany sporu zhodne navrhli, aby súd schválil zmier v zmysle ktorého by žalovaný vylúčil z konkurznej podstaty úpadcu D.V.P. - Družstvo Vzájomnej Pomoci v konkurze majetok a nehnuteľnosti zapísané na LV č. XXXX, na Okresnom úrade odbor katastrálny v N., nachádzajúce sa v okrese N., obec K., kat. územie K., a to parcely registra „C“: - p.č. XXX, výmera 174 m2, zastavané plochy a nádvoria - p.č. XXX/X, výmera 5068m2, zastavané plochy a nádvoria - p.č. XXX/X, výmera 637 m2, zastavané plochy a nádvoria - p.č. XXX/X, výmera 364 m2, zastavané plochy a nádvoria - p.č. XXX/XX, výmera 408 m2, zastavané plochy a nádvoria - p.č. XXX/XX, výmera 4193 m2, zastavané plochy a nádvoria - p.č. XXX/XX, výmera 888 m2, zastavané plochy a nádvoria - p.č. XXX/XX, výmera 832 m2, zastavané plochy a nádvoria - p.č. XXX/XX, výmera 796 m2, zastavané plochy a nádvoria - p.č. XXX/XX, výmera 589 m2, zastavané plochy a nádvoria - p.č. XXX/XX, výmera 522 m2, zastavané plochy a nádvoria - p.č. XXX/XX, výmera 356 m2, zastavané plochy a nádvoria - p.č. XXX/XX, výmera 353 m2, zastavané plochy a nádvoria - p.č. XXX/XX, výmera 984 m2, zastavané plochy a nádvoria - p.č. XXX/XX, výmera 333 m2, zastavané plochy a nádvoria - p.č. XXX/XX, výmera 47 m2, zastavané plochy a nádvoria - p.č. XXX/XX, výmera 141 m2, zastavané plochy a nádvoria - p.č. XXX/XX, výmera 141 m2, zastavané plochy a nádvoria - p.č. XXX/XX, výmera 143 m2, zastavané plochy a nádvoria - p.č. XXX/XX, výmera 24 m2, zastavané plochy a nádvoria - p.č. XXX/XX, výmera 15862 m2, zastavané plochy a nádvoria - p.č. XXX/XX, výmera 335 m2, zastavané plochy a nádvoria - p.č. XXX/XX, výmera 1552 m2, zastavané plochy a nádvoria - p.č. XXX/XX, výmera 373 m2, zastavané plochy a nádvoria - p.č. XXX/XX, výmera 574 m2, zastavané plochy a nádvoria - p.č. XXX/XX, výmera 397 m2, zastavané plochy a nádvoria - p.č. XXX/XX, výmera 391 m2, zastavané plochy a nádvoria - p.č. XXX/XXX, výmera 388 m2, zastavané plochy a nádvoria - p.č. XXX/XXX, výmera 2268 m2, zastavané plochy a nádvoria - p.č. XXX/XXX, výmera 1180 m2, zastavané plochy a nádvoria - p.č. XXX/XXX, výmera 15 m2, zastavané plochy a nádvoria - p.č. XXX/XXX, výmera 259 m2, zastavané plochy a nádvoria - p.č. XXX/XXX, výmera 1869 m2, zastavané plochy a nádvoria - p.č. XXX/XXX, výmera 3106 m2, zastavané plochy a nádvoria - p.č. XXX/XXX, výmera 107 m2, zastavané plochy a nádvoria - p.č. XXX/XXX, výmera 59 m2, zastavané plochy a nádvoria - p.č. XXX/XXX, výmera 410 m2, zastavané plochy a nádvoria - p.č. XXX/XXX, výmera 1166 m2, zastavané plochy a nádvoria - p.č. XXX/XXX, výmera 5456 m2, zastavané plochy a nádvoria - p.č. XXX/XXX, výmera 2242 m2, zastavané plochy a nádvoria - p.č. XXX/XXX, výmera 319 m2, zastavané plochy a nádvoria - p.č. XXX/XXX, výmera 108 m2, zastavané plochy a nádvoria - p.č. XXX/XXX, výmera 129 m2, zastavané plochy a nádvoria - p.č. XXX/XXX, výmera 1634 m2, nastavané plochy a nádvoria - p.č. XXX/XXX, výmera 652 m2, zastavané plochy a nádvoria - p.č. XXX/XXX, výmera 34 m2, zastavané plochy a nádvoria - p.č. XXX/XXX, výmera 15554 m2, zastavané plochy a nádvoria - p.č. XXX/X, výmera 18849 m2, zastavané plochy a nádvoria - p.č. XXX/X, výmera 1800 m2, zastavané plochy a nádvoria - p.č. XXX/X, výmera 1108 m2, zastavané plochy a nádvoria - p.č. XXX/X, výmera 768 m2, zastavané plochy a nádvoria 4. Taktiež sa strany spolu dohodli na tom, že žiadna zo strán nemá nárok na náhradu trov konania. 5. Zo znenia ust. § 148 ods. 1 CSP vyplýva, že žalobca a žalovaný môžu uzavrieť zmier. O uzavretí zmieru sa má súd vždy pokúsiť. 6. Podľa ust. § 148 ods. 2 CSP súd rozhodne o tom, či uzavretý zmier schvaľuje, neschváli ho, ak je v rozpore so všeobecne záväznými právnymi predpismi. Vzájomná skutočnosť, že medzi žalobcom a žalovaným došlo k uzavretiu zmieru, ktorý je v súlade so všeobecne záväznými právnymi predpismi, súd v súlade s citovanými zákonnými ustanoveniami schválil zmier tak, ako je uvedené vo výrokovej časti tohto uznesenia. 7. Podľa § 255 ods. 1 CSP, súd prizná strane náhradu trov konania podľa jej úspechu vo veci. 8. Podľa § 255 ods. 2 CSP, ak mala strana úspech len čiastočný, súd náhradu trov konania pomerne rozdelí, prípadne vysloví, že žiadna zo strán nemá na náhradu trov konania právo. 9. V danom prípade bola súčasťou mimosúdnej dohody aj dohoda strán o tom, že žiadna zo strán nebude mať nárok na náhradu trov konania. 10. Z uvedených dôvodov súd o trovách konania rozhodol tak, ako je uvedené vo výrokovej časti tohto uznesenia. Poučenie: Proti tomuto uzneseniu nie je prípustné odvolanie.</w:t>
      </w:r>
    </w:p>
    <w:p/>
    <w:p>
      <w:r>
        <w:t>Zdroj: KAUZIS.SK – https://www.kauzis.sk/judikatura/r/ECLI:SK:KSBA:2018:1014201200.5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