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5Scud/32/2014 z 17. 4. 2018</w:t>
      </w:r>
    </w:p>
    <w:p>
      <w:r>
        <w:t>Uznesenie Krajského súdu Bratislava z 17. apríla 2018, sp. zn. 5Scud/32/2014, ECLI:SK:KSBA:2018:1014201290.6</w:t>
      </w:r>
    </w:p>
    <w:p>
      <w:r>
        <w:t>Súd: Krajský súd Bratislava</w:t>
      </w:r>
    </w:p>
    <w:p>
      <w:r>
        <w:t>Spisová značka: 5Scud/32/2014</w:t>
      </w:r>
    </w:p>
    <w:p>
      <w:r>
        <w:t>ECLI: ECLI:SK:KSBA:2018:1014201290.6</w:t>
      </w:r>
    </w:p>
    <w:p>
      <w:r>
        <w:t>Dátum vydania: 17. 4. 2018</w:t>
      </w:r>
    </w:p>
    <w:p>
      <w:r>
        <w:t>Forma: Uznesenie</w:t>
      </w:r>
    </w:p>
    <w:p>
      <w:pPr>
        <w:pStyle w:val="Heading2"/>
      </w:pPr>
      <w:r>
        <w:t>Text rozhodnutia</w:t>
      </w:r>
    </w:p>
    <w:p>
      <w:r>
        <w:t>Súd: Krajský súd Bratislava Spisová značka: 5Scud/32/2014 Identifikačné číslo súdneho spisu: 1014201290 Dátum vydania rozhodnutia: 18. 04. 2018 Meno a priezvisko sudcu, VSÚ: JUDr. Marta Barková ECLI: ECLI:SK:KSBA:2018:1014201290.6 Uznesenie Krajský súd v Bratislave v právnej veci navrhovateľky: U. K., Ž. XXX/XX, U. H. V., Č. E., zastúpená: JUDr. František Farkaš, advokát, Hálkova 5, Bratislava, proti odporkyni: Sociálna poisťovňa ústredie, Ul. 29. augusta 8 - 10, Bratislava, o invalidný dôchodok, takto r o z h o d o l : Súd konanie zastavuje. Navrhovateľovi právo na náhradu trov konania nepriznáva. o d ô v o d n e n i e : Navrhovateľka svojím návrhom zo dňa 31.07.2014 žiadala preskúmať rozhodnutie odporkyne číslo XXX XXX XXXX X zo dňa 30.06.2014, ktorým jej bola zamietnutá žiadosť o invalidný dôchodok. Podľa posudku posudkového lekára sociálneho poistenia pobočky Sociálnej poisťovne Trenčín zo dňa 09.06.2014 nebola invalidná, pretože pre dlhodobo nepriaznivý zdravotný stav nemala pokles schopnosti vykonávať zárobkovú činnosť o viac ako 40 % v porovnaní so zdravou fyzickou osobou. Písomným podaním doručeným súdu dňa 24.05.2017 vzala navrhovateľka svoj návrh v celom rozsahu späť a žiadala konanie zastaviť vzhľadom na doplňujúce vyjadrenie odporkyne zo dňa 05.05.2017. Zároveň žiadala zaviazať odporkyňu na náhradu trov konania vyčíslených v podaní zo dňa 09.04.2018 v sume 434,99 Eur, pretože k späťvzatiu návrhu došlo z dôvodov na strane žalovanej. Podľa § 492 ods. 1 zákona č. 162/2015 Z.z. Správneho súdneho poriadku konania podľa tretej hlavy piatej časti Občianskeho súdneho poriadku začaté predo dňom nadobudnutia účinnosti tohto zákona sa dokončia podľa doterajších predpisov. Súd podľa § 250d ods. 3 v spojení s § 250h ods. 2 a § 250l ods. 2 zákona č. 99/1963 Z. z. Občianskeho súdneho poriadku (ďalej len „O.s.p.“) konanie zastavil.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Z obsahu spisu je zrejmé, že podľa posudku posudkového lekára sociálneho poistenia Sociálnej poisťovne, ústredie zo dňa 23.03.2017 bola navrhovateľka uznaná za invalidnú s mierou poklesu vykonávať zárobkovú činnosť 45% v porovnaní so zdravou fyzickou osobou odo dňa 28.02.2017. Rozhodnutím č. XXX XXX XXXX X zo dňa 11.04.2017 bolo v rámci autoremedúry zrušené napadnuté rozhodnutie odporkyne a odo dňa 28.02.2017 bol navrhovateľke priznaný invalidný dôchodok v sume 143,10 Eur mesačne. V prípade zastavenia konania súd pri rozhodovaní o trovách konania v zmysle § 146 O.s.p. najskôr skúma, či niektorému z účastníkov možno pričítať zavinenie na zastavení konania, pričom najskôr musí posúdiť, či zastavenie konania zavinil odporca, tak ako to predpokladá druhá veta § 146 ods. 2 O.s.p. O takúto situáciu pôjde napríklad vtedy, ak odporca po začatí konania vyhovie požiadavkám navrhovateľa formulovaným v návrhu na začatie konania. Úplné vyhovenie požiadavkám navrhovateľa odporcom bez zmeny okolností počas prebiehajúceho súdneho konania zakladá nárok navrhovateľa na náhradu trov konania voči odporcovi. V danom prípade však nemožno konštatovať, že by odporkyňa svojím správaním zavinila zastavenie konania bez zmeny okolností počas konania o opravnom prostriedku. Až nové lekárske správy - dva záznamy z reumatologických vyšetrení zo dňa 15.12.2016 a 28.02.2017 odôvodnili zvýšenie miery poklesu odo dňa 28.02.2017, od ktorého odporkyňa pre takto zvýšenú mieru poklesu invalidný dôchodok priznala, teda nie odo dňa podania žiadosti. Zavinenie zastavenia konania v zmysle § 146 ods. 2 druhej vety O.s.p. preto nie je možné pričítať odporkyni. Na základe uvedeného súd navrhovateľovi právo na náhradu trov konania nepriznal. Poučenie: Proti tomuto uzneseniu je možné podať odvolanie do 15 dní odo dňa jeho doručenia na Krajskom súde v Bratislave, písomne, dvojmo.</w:t>
      </w:r>
    </w:p>
    <w:p/>
    <w:p>
      <w:r>
        <w:t>Zdroj: KAUZIS.SK – https://www.kauzis.sk/judikatura/r/ECLI:SK:KSBA:2018:1014201290.6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