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5Scud/49/2014 z 20. 11. 2018</w:t>
      </w:r>
    </w:p>
    <w:p>
      <w:r>
        <w:t>Uznesenie Krajského súdu Bratislava z 20. novembra 2018, sp. zn. 5Scud/49/2014, ECLI:SK:KSBA:2018:1014201746.1</w:t>
      </w:r>
    </w:p>
    <w:p>
      <w:r>
        <w:t>Súd: Krajský súd Bratislava</w:t>
      </w:r>
    </w:p>
    <w:p>
      <w:r>
        <w:t>Spisová značka: 5Scud/49/2014</w:t>
      </w:r>
    </w:p>
    <w:p>
      <w:r>
        <w:t>ECLI: ECLI:SK:KSBA:2018:1014201746.1</w:t>
      </w:r>
    </w:p>
    <w:p>
      <w:r>
        <w:t>Dátum vydania: 20. 11. 2018</w:t>
      </w:r>
    </w:p>
    <w:p>
      <w:r>
        <w:t>Forma: Uznesenie</w:t>
      </w:r>
    </w:p>
    <w:p>
      <w:pPr>
        <w:pStyle w:val="Heading2"/>
      </w:pPr>
      <w:r>
        <w:t>Text rozhodnutia</w:t>
      </w:r>
    </w:p>
    <w:p>
      <w:r>
        <w:t>Súd: Krajský súd Bratislava Spisová značka: 5Scud/49/2014 Identifikačné číslo súdneho spisu: 1014201746 Dátum vydania rozhodnutia: 21. 11. 2018 Meno a priezvisko sudcu, VSÚ: JUDr. Marta Barková ECLI: ECLI:SK:KSBA:2018:1014201746.1 Uznesenie Krajský súd v Bratislave v právnej veci navrhovateľky: T. H., R. L. XXX, XXX XX N. Z. R., Č. A., proti odporkyni: Sociálna poisťovňa, ústredie, Ul. 29. augusta 8 - 10, 813 63 Bratislava, o vdovský dôchodok, takto r o z h o d o l : Súd konanie zastavuje. Žiaden z účastníkov nemá právo na náhradu trov konania. o d ô v o d n e n i e : Opravným prostriedkom zo dňa 25.08.2014, doručeným odporkyni dňa 27.08.2014, sa navrhovateľka domáhala preskúmania rozhodnutia odporkyne číslo XXX XXX XXXX X zo dňa 29.07.2014, ktorým bola zamietnutá jej žiadosť o vdovský dôchodok zo dňa 17.03.2014. Rozhodnutím číslo XXX XXX XXXX X zo dňa 11.08.2015 odporkyňa vyhovela opravnému prostriedku navrhovateľky v celom rozsahu tak, že od 29.12.2013 jej priznala vdovský dôchodok v sume 71,50,- EUR mesačne (od 01.01.2014 zvýšený na sumu 75,80,- EUR mesačne a od 014.01.2015 na sumu 78,40,- EUR mesačne). Podľa § 492 ods. 1 zákona č. 162/2015 Z. z. Správneho súdneho poriadku konania podľa tretej hlavy piatej časti Občianskeho súdneho poriadku začaté predo dňom nadobudnutia účinnosti tohto zákona sa dokončia podľa doterajších predpisov. Podľa § 250o zákona č. 99/1963 Z. z. Občianskeho súdneho poriadku (ďalej len „O.s.p.“) ak správny orgán, ktorého rozhodnutie súd preskúmava, vydá nové rozhodnutie, ktorým návrhu celkom vyhovie, súd uznesením konanie zastaví. Nakoľko rozhodnutím odporkyne číslo XXX XXX XXXX X zo dňa 11.08.2015 bolo opravnému prostriedku navrhovateľky celkom vyhovené, tunajší súd podľa § 250o O.s.p na pojednávaní konanom dňa 21.11.2018 konanie zastavil.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Z vyššie uvedených dôvodov tunajší súd rozhodol tak, ako je uvedené vo výrokovej časti tohto rozhodnutia. Poučenie: Proti tomuto uzneseniu je možné podať odvolanie do 15 dní odo dňa jeho doručenia na Krajskom súde v Bratislave, písomne, dvojmo.</w:t>
      </w:r>
    </w:p>
    <w:p/>
    <w:p>
      <w:r>
        <w:t>Zdroj: KAUZIS.SK – https://www.kauzis.sk/judikatura/r/ECLI:SK:KSBA:2018:1014201746.1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