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12Sp/80/2014 z 28. 2. 2018</w:t>
      </w:r>
    </w:p>
    <w:p>
      <w:r>
        <w:t>Uznesenie Krajského súdu Bratislava z 28. februára 2018, sp. zn. 12Sp/80/2014, ECLI:SK:KSBA:2018:1014201860.1</w:t>
      </w:r>
    </w:p>
    <w:p>
      <w:r>
        <w:t>Súd: Krajský súd Bratislava</w:t>
      </w:r>
    </w:p>
    <w:p>
      <w:r>
        <w:t>Spisová značka: 12Sp/80/2014</w:t>
      </w:r>
    </w:p>
    <w:p>
      <w:r>
        <w:t>ECLI: ECLI:SK:KSBA:2018:1014201860.1</w:t>
      </w:r>
    </w:p>
    <w:p>
      <w:r>
        <w:t>Dátum vydania: 28. 2.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12Sp/80/2014 Identifikačné číslo súdneho spisu: 1014201860 Dátum vydania rozhodnutia: 01. 03. 2018 Meno a priezvisko sudcu, VSÚ: JUDr. Beata Jurgošová ECLI: ECLI:SK:KSBA:2018:1014201860.1 Uznesenie Krajský súd v Bratislave v právnej veci navrhovateľa: VIA - MIA, s.r.o., Kúpeľná 4, 811 02 Bratislava, proti odporcovi: Okresný úrad Bratislava, katastrálny odbor, Ružová dolina 27, 821 09 Bratislava, za účasti: Tatra Residence, a.s., Hodžovo námestie 3, 811 06 Bratislava, o preskúmanie zákonnosti rozhodnutia odporcu č. V - 5269/14 zo dňa 03.04.2014, takto r o z h o d o l : Súd konanie zastavuje. Žiaden z účastníkov nemá právo na náhradu trov konania. o d ô v o d n e n i e : Navrhovateľ podal opravný prostriedok proti rozhodnutiu odporcu č. V - 5269/14 zo dňa 03.04.2014, ktorým odporca v súlade s ustanovením § 31 ods. 3 katastrálneho zákona zamietol návrh na vklad predkupného práva do katastra nehnuteľností. Podaním doručeným súdu dňa 27.02.2018 navrhovateľ oznámil, že berie späť celkom odvolanie proti napadnutému rozhodnutiu odporcu a žiada zastaviť konanie. Zároveň požadoval vrátiť zaplatený súdny poplatok za podané odvolanie. Podľa § 492 ods. 1 zákona č. 162/2015 Z.z. Správneho súdneho poriadku konania podľa tretej hlavy piatej časti Občianskeho súdneho poriadku začaté predo dňom nadobudnutia účinnosti tohto zákona sa dokončia podľa doterajších predpisov. Súd podľa § 250d ods. 3 v spojení s § 250h ods. 2 a § 250l ods. 2 zákona č. 99/1963 Z. z. Občianskeho súdneho poriadku (ďalej len „O.s.p.“) konanie zastavil. O trovách konania súd rozhodol podľa § 246c a § 146 ods. 1 písm. c/ O.s.p. Záverom súd uvádza, že navrhovateľ v predmetnom konaní súdny poplatok neplatil.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https://www.kauzis.sk/judikatura/r/ECLI:SK:KSBA:2018:1014201860.1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