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9Sp/79/2014 z 5. 12. 2018</w:t>
      </w:r>
    </w:p>
    <w:p>
      <w:r>
        <w:t>Uznesenie Krajského súdu Bratislava z 5. decembra 2018, sp. zn. 9Sp/79/2014, ECLI:SK:KSBA:2018:1014201941.3</w:t>
      </w:r>
    </w:p>
    <w:p>
      <w:r>
        <w:t>Súd: Krajský súd Bratislava</w:t>
      </w:r>
    </w:p>
    <w:p>
      <w:r>
        <w:t>Spisová značka: 9Sp/79/2014</w:t>
      </w:r>
    </w:p>
    <w:p>
      <w:r>
        <w:t>ECLI: ECLI:SK:KSBA:2018:1014201941.3</w:t>
      </w:r>
    </w:p>
    <w:p>
      <w:r>
        <w:t>Dátum vydania: 5. 12.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9Sp/79/2014 Identifikačné číslo súdneho spisu: 1014201941 Dátum vydania rozhodnutia: 06. 12. 2018 Meno a priezvisko sudcu, VSÚ: JUDr. Beata Jurgošová ECLI: ECLI:SK:KSBA:2018:1014201941.3 Uznesenie Krajský súd v Bratislave v právnej veci navrhovateľa: Y. D. (Z. Š.), I. U. XXX/XXA, XXX XX J.Í., proti odporcovi: Centrum právnej pomoci, kancelária Trenčín, Hviezdoslavova 3, P.O.BOX 504, 911 01 Trenčín, o preskúmanie zákonnosti rozhodnutia odporcu sp. zn. 9144/2014-KaTN zo dňa 22.10.2014, takto r o z h o d o l : Súd konanie zastavuje. Žiaden z účastníkov nemá právo na náhradu trov konania. o d ô v o d n e n i e : Navrhovateľka podala opravný prostriedok proti rozhodnutiu odporcu sp. zn. 9144/2014-KaTN zo dňa 22.10.2014. Napadnutým rozhodnutím odporca nepriznal navrhovateľke nárok na poskytnutie právnej pomoci. Podaním zo dňa 19.11.2018 navrhovateľka oznámila, že uvedené konanie berie v celom rozsahu späť a žiada zastaviť konanie.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https://www.kauzis.sk/judikatura/r/ECLI:SK:KSBA:2018:1014201941.3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