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6S/58/2015 z 18. 4. 2018</w:t>
      </w:r>
    </w:p>
    <w:p>
      <w:r>
        <w:t>Uznesenie Krajského súdu Bratislava z 18. apríla 2018, sp. zn. 6S/58/2015, ECLI:SK:KSBA:2018:1015200412.1</w:t>
      </w:r>
    </w:p>
    <w:p>
      <w:r>
        <w:t>Súd: Krajský súd Bratislava</w:t>
      </w:r>
    </w:p>
    <w:p>
      <w:r>
        <w:t>Spisová značka: 6S/58/2015</w:t>
      </w:r>
    </w:p>
    <w:p>
      <w:r>
        <w:t>ECLI: ECLI:SK:KSBA:2018:1015200412.1</w:t>
      </w:r>
    </w:p>
    <w:p>
      <w:r>
        <w:t>Dátum vydania: 18. 4. 2018</w:t>
      </w:r>
    </w:p>
    <w:p>
      <w:r>
        <w:t>Forma: Uznesenie</w:t>
      </w:r>
    </w:p>
    <w:p>
      <w:pPr>
        <w:pStyle w:val="Heading2"/>
      </w:pPr>
      <w:r>
        <w:t>Text rozhodnutia</w:t>
      </w:r>
    </w:p>
    <w:p>
      <w:r>
        <w:t>Súd: Krajský súd Bratislava Spisová značka: 6S/58/2015 Identifikačné číslo súdneho spisu: 1015200412 Dátum vydania rozhodnutia: 19. 04. 2018 Meno a priezvisko sudcu, VSÚ: Mgr. Mária Kántorová ECLI: ECLI:SK:KSBA:2018:1015200412.1 Uznesenie Krajský súd v Bratislave v právnej veci žalobcu: KECKA, s.r.o, Okružná 3239, 900 01 Modra, zastúpený advokátskou kanceláriou OLEXOVA VASILISIN s.r.o., Dunajská 18, 811 08 Bratislava, proti žalovanému: Finančné riaditeľstvo Slovenskej republiky, Lazovná 63, 974 01 Banská Bystrica, o preskúmanie zákonnosti rozhodnutí žalovaného č. 1100302/1/491054/2014/5131 zo dňa 07.11.2014, č. 1100302/1/487289/2014/5131 zo dňa 06.11.2014, č. 1100302/1/493005/2014/5131 zo dňa 07.11.2014, takto r o z h o d o l : Krajský súd v Bratislave konanie z a s t a v u j e . Žiaden z účastníkov nemá právo na náhradu trov konania. o d ô v o d n e n i e : 1.Žalobca sa žalobou doručenou Krajskému súdu v Bratislave dňa 20.01.2015 domáhal preskúmania zákonnosti rozhodnutí žalovaného č. 1100302/1/491054/2014/5131 zo dňa 07.11.2014, č. 1100302/1/487289/2014/5131 zo dňa 06.11.2014, č. 1100302/1/493005/2014/5131 zo dňa 07.11.2014. 2.Výzvou č.k. 6S/8/2015, 6S/58-61/2015 zo dňa 13.10.2016 Krajský súd v Bratislave vyzval žalobcu na zaplatenie súdneho poplatku vo výške 350,- eur (70,- eur za každé konanie) v lehote 10 dní od doručenia pod následkom zastavenia konania. Predmetná výzva bola doručená právnej zástupkyni žalobcu dňa 09.12.2016. Dňa 19.12.2016 bolo Krajskému súdu v Bratislave doručené späťvzatie návrhu v konaní vedenom pod sp. zn. 6S/8/2015 a sp. 6S/60/2015. Na základe tejto skutočnosti súd uznesením č.k. 6S/8/2015-186, 6S/60/2015 zo dňa 29.03.2017 konanie zastavil. Žalobcovi však ostala poplatková povinnosť vzťahujúca sa na konanie vedené pod sp. zn. 6S/58/2015, 6S/59/2015, 6S/61/2015.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Súd doručil výzvu na zaplatenie súdneho poplatku za podanú žalobu právnej zástupkyni žalobcu dňa 09.12.2016, pričom súdny poplatok nebol v stanovenej lehote a ani do dnešného dňa zaplatený, čo zakladá dôvod na zastavenie konania v zmysle vyššie citovanej procesnoprávnej úpravy. 8. Keďže žalobca nezaplatil súdny poplatok ani v lehote určenej súdom a ani po jej predĺžení, správny súd postupoval v zmysle § 10 ods. 1 zákona o súdnych poplatkoch a predmetné konanie zastavil. 9.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https://www.kauzis.sk/judikatura/r/ECLI:SK:KSBA:2018:1015200412.1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