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5S/57/2015 z 15. 3. 2018</w:t>
      </w:r>
    </w:p>
    <w:p>
      <w:r>
        <w:t>Uznesenie Krajského súdu Bratislava z 15. marca 2018, sp. zn. 5S/57/2015, ECLI:SK:KSBA:2018:1015200437.2</w:t>
      </w:r>
    </w:p>
    <w:p>
      <w:r>
        <w:t>Súd: Krajský súd Bratislava</w:t>
      </w:r>
    </w:p>
    <w:p>
      <w:r>
        <w:t>Spisová značka: 5S/57/2015</w:t>
      </w:r>
    </w:p>
    <w:p>
      <w:r>
        <w:t>ECLI: ECLI:SK:KSBA:2018:1015200437.2</w:t>
      </w:r>
    </w:p>
    <w:p>
      <w:r>
        <w:t>Dátum vydania: 15. 3. 2018</w:t>
      </w:r>
    </w:p>
    <w:p>
      <w:r>
        <w:t>Forma: Uznesenie</w:t>
      </w:r>
    </w:p>
    <w:p>
      <w:pPr>
        <w:pStyle w:val="Heading2"/>
      </w:pPr>
      <w:r>
        <w:t>Text rozhodnutia</w:t>
      </w:r>
    </w:p>
    <w:p>
      <w:r>
        <w:t>Súd: Krajský súd Bratislava Spisová značka: 5S/57/2015 Identifikačné číslo súdneho spisu: 1015200437 Dátum vydania rozhodnutia: 16. 03. 2018 Meno a priezvisko sudcu, VSÚ: Mgr. Zuzana Gaplovská ECLI: ECLI:SK:KSBA:2018:1015200437.2 Uznesenie Krajský súd v Bratislave v právnej veci žalobcu: A.. C.. A.. A. A., K. XX, XXX XX K., proti žalovanému: Ministerstvo vnútra SR, Pribinova 2, 812 72 Bratislava, o preskúmanie zákonnosti rozhodnutia žalovaného č. KRPZ-BB-VO2-29/2015-PRAV zo dňa 27.02.2015, takto r o z h o d o l : Správny súd konanie z a s t a v u j e. Žiaden z účastníkov nemá právo na náhradu trov konania. o d ô v o d n e n i e : 1. Žalobou doručenou tunajšiemu súdu dňa 16.03.2015 sa žalobca domáhal preskúmania zákonnosti rozhodnutia žalovaného č. KRPZ-BB-VO2-29/2015-PRAV zo dňa 27.02.2015 s návrhom na jeho zrušenie a vrátenie veci žalovanému na nové konanie a rozhodnutie. 2. Keďže žalobca spolu s podaním žaloby nezaplatil súdny poplatok za žalobu v sume XX,- eur, správny súd ho pod následkom zastavenia konania vyzval na zaplatenie súdneho poplatku za podanie žaloby v lehote 10 dní od doručenia, výzvou č. k. 5S 57/2015-44 zo dňa 21.02.2018, doručenou žalobcovi dňa 28.02.2018.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3 zákona o súdnych poplatkoch, v sťažnosti proti rozhodnutiu o zastavení súdneho konania pre nezaplatenie súdneho poplatku nemožno namietať skutočnosti, ktoré nastali po uplynutí lehoty na zaplatenie súdneho poplatku. 10.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11. Keďže žalobca nezaplatil súdny poplatok ani v lehote určenej správnym súdom, správny súd postupoval v zmysle § 10 ods. 1 zákona o súdnych poplatkoch a predmetné konanie zastavil. 12.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https://www.kauzis.sk/judikatura/r/ECLI:SK:KSBA:2018:1015200437.2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