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9Sp/37/2015 z 9. 4. 2018</w:t>
      </w:r>
    </w:p>
    <w:p>
      <w:r>
        <w:t>Uznesenie Krajského súdu Bratislava z 9. apríla 2018, sp. zn. 9Sp/37/2015, ECLI:SK:KSBA:2018:1015200737.1</w:t>
      </w:r>
    </w:p>
    <w:p>
      <w:r>
        <w:t>Súd: Krajský súd Bratislava</w:t>
      </w:r>
    </w:p>
    <w:p>
      <w:r>
        <w:t>Spisová značka: 9Sp/37/2015</w:t>
      </w:r>
    </w:p>
    <w:p>
      <w:r>
        <w:t>ECLI: ECLI:SK:KSBA:2018:1015200737.1</w:t>
      </w:r>
    </w:p>
    <w:p>
      <w:r>
        <w:t>Dátum vydania: 9. 4.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9Sp/37/2015 Identifikačné číslo súdneho spisu: 1015200737 Dátum vydania rozhodnutia: 10. 04. 2018 Meno a priezvisko sudcu, VSÚ: JUDr. Beata Jurgošová ECLI: ECLI:SK:KSBA:2018:1015200737.1 Uznesenie Krajský súd v Bratislave v právnej veci navrhovateľa: 1/ E. T., V. XX, XXX XX D., 2/ G. T., V. XX, XXX XX D., obaja zastúpení: JUDr. Pavel Mičunek, advokát, Holubyho 37, 902 01 Pezinok, proti odporcovi: Okresný úrad Pezinok, katastrálny odbor, Radničné nám. 7, 902 01 Pezinok, za účasti: Mesto Pezinok, Radničné nám. 7, 902 01 Pezinok, o preskúmanie zákonnosti rozhodnutia odporcu č. V 2145/2014 zo dňa 03.02.2015, takto r o z h o d o l : Súd konanie zastavuje. Žiaden z účastníkov nemá právo na náhradu trov konania. o d ô v o d n e n i e : Navrhovatelia 1/ a 2/ podali opravný prostriedok proti rozhodnutiu odporcu č. V 2145/2014 zo dňa 03.02.2015. Napadnutým rozhodnutím odporca zamietol návrh na vklad vlastníckeho práva do katastra nehnuteľností podľa kúpnej zmluvy uzavretej medzi predávajúcim Mesto Pezinok a kupujúcimi E. T., a G. T., týkajúcej sa nehnuteľnosti v katastrálnom území G., a to dielu číslo 2 o výmere 105 m2 vytvoreného na základe geometrického plánu číslo 105-94/94, úradne overeného Katastrálnym úradom v Bratislave, Správou katastra Pezinok dňa 13.09.1994 pod číslom 517/94 z pozemku EKN parcelné číslo XXX, neknihovaná parcela vedená ako potok, ktorý je v geometrickom pláne pričlenený k novovytvorenému pozemku registra CKN parcelné číslo XXXX/X. Podaním doručeným súdu dňa 28.03.2018 právny zástupca navrhovateľov 1/ a 2/ oznámil, že berie späť odvolanie proti napadnutému rozhodnutiu odporcu a žiada zastaviť konanie.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https://www.kauzis.sk/judikatura/r/ECLI:SK:KSBA:2018:1015200737.1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