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5S/124/2015 z 16. 9. 2018</w:t>
      </w:r>
    </w:p>
    <w:p>
      <w:r>
        <w:t>Uznesenie Krajského súdu Bratislava z 16. septembra 2018, sp. zn. 5S/124/2015, ECLI:SK:KSBA:2018:1015200825.3</w:t>
      </w:r>
    </w:p>
    <w:p>
      <w:r>
        <w:t>Súd: Krajský súd Bratislava</w:t>
      </w:r>
    </w:p>
    <w:p>
      <w:r>
        <w:t>Spisová značka: 5S/124/2015</w:t>
      </w:r>
    </w:p>
    <w:p>
      <w:r>
        <w:t>ECLI: ECLI:SK:KSBA:2018:1015200825.3</w:t>
      </w:r>
    </w:p>
    <w:p>
      <w:r>
        <w:t>Dátum vydania: 16. 9. 2018</w:t>
      </w:r>
    </w:p>
    <w:p>
      <w:r>
        <w:t>Forma: Uznesenie</w:t>
      </w:r>
    </w:p>
    <w:p>
      <w:pPr>
        <w:pStyle w:val="Heading2"/>
      </w:pPr>
      <w:r>
        <w:t>Text rozhodnutia</w:t>
      </w:r>
    </w:p>
    <w:p>
      <w:r>
        <w:t>Súd: Krajský súd Bratislava Spisová značka: 5S/124/2015 Identifikačné číslo súdneho spisu: 1015200825 Dátum vydania rozhodnutia: 17. 09. 2018 Meno a priezvisko sudcu, VSÚ: Mgr. Zuzana Gaplovská ECLI: ECLI:SK:KSBA:2018:1015200825.3 Uznesenie Krajský súd v Bratislave v právnej veci žalobcu: Okresná prokuratúra Bratislava III, Vajnorská 47, 832 77 Bratislava, proti žalovanému: Mestská časť Bratislava - Nové Mesto, Junácka 1, 832 91 Bratislava, za účasti: 1. Tehelné, a. s., Sasinkova 5, 811 08 Bratislava, IČO: 50 109 936, 2. NFŠ, a. s., Sasinkova 5, 811 08 Bratislava, IČO: 50 110 055, obaja ďalší účastníci zastúpení: Advokátska kancelária Bugala - Ďurček, s.r.o., Miletičova 5B, 821 08 Bratislava, IČO: 36 731 544, o preskúmanie zákonnosti rozhodnutia žalovaného č. ÚKaSP-2011/2012/2383/HAK/28 zo dňa 16.08.2012 o umiestnení stavby „Národný futbalový štadión, parkovanie a doplnkové funkcie - zmena 1, na ul. T.. W. X, U.", takto r o z h o d o l : Správny súd konanie o kasačnej sťažnosti ďalšieho účastníka v 1. rade zo dňa 04.10.2017 a konanie o kasačnej sťažnosti ďalšieho účastníka v 2. rade zo dňa 04.10.2017 z a s t a v u j e. Žiaden z účastníkov nemá právo na náhradu trov konania o kasačných sťažnostiach ďalších účastníkov v 1. a 2. rade. o d ô v o d n e n i e : 1. Žalobou podanou na Krajskom súde v Bratislave dňa 25.05.2015 sa žalobca domáhal preskúmania zákonnosti rozhodnutia žalovaného č. ÚKaSP-2011/2012/2383/HAK/28 zo dňa 16.08.2012 o umiestnení stavby „Národný futbalový štadión, parkovanie a doplnkové funkcie - zmena 1, na ul. T.. W. X, U.“. Napadnuté rozhodnutie žiadal zrušiť a vec vrátiť žalovanému na ďalšie konanie. 2. Stavebný úrad Mestskej časti Bratislava - Nové Mesto vydal dňa 08.01.2010 pod č. ÚKaSP-2009/1566/R/FME rozhodnutie, ktorým povolil umiestnenie stavby č. XXX „Národný futbalový štadión, 1. Stavba, Štadión, parkovanie a doplnkové funkcie“ pre navrhovateľa Národný futbalový štadión a.s. Rozhodnutie nadobudlo právoplatnosť dňa 11.02.2010. Na základe žiadosti od splnomocnenca stavebníka stavebný úrad dňa 16.08.2012 pod sp. zn. ÚKaSP-2011/2012/2383/HAK/28 vydal rozhodnutie, ktorým povolil umiestnenie stavby “Národný futbalový štadión, parkovanie a doplnkové funkcie zmena stavby 1, na ul. T.. W. X, U.“ na pozemkoch parc. č. XXXXX/X, X, X, X, X, X, XX, XX, XX a parc. č. XXXXX, XXXXX, XXXXX/X, k. ú. U. - Q. J.. Toto rozhodnutie žalobca napadol najskôr protestom prokurátora, následne aj správnou žalobou na tunajšom súde. 3. Keďže spoločnosť Národný futbalový štadión, a.s., Sasinkova 5, 811 08 Bratislava, IČO: 36 664 197 bola účastníkom správneho konania ako stavebník, žalobca ju označil aj ako účastníka konania o správnej žalobe prokurátora podľa § 250 ods. 6 O.s.p. 4. Žalovaný sa k žalobe žalobcu vyjadril písomne v podaní zo dňa 08.07.2015. 5. Dňa 17.03.2016 došlo na tunajší súd podanie označené ako Oznámenie rozdelenia spoločnosti Národný futbalový štadión, a.s., v ktorom bolo správnemu súdu oznámené, že Národný futbalový štadión, a.s., pôvodne so sídlom Sasinkova 5, 811 08 Bratislava, IČO: 36 664 197, pôvodne zapísaný v Obchodnom registri Okresného súdu Bratislava I, oddiel: Sa, vložka č.: 3939/B ku dňu 31.12.2015 zanikol v dôsledku jeho rozdelenia na dve nástupnícke spoločnosti, a to Tehelné, a. s., so sídlom Sasinkova 5, 811 08 Bratislava, IČO: 50 109 936, zapísanú v Obchodnom registri Okresného súdu Bratislava I, oddiel: Sa, vložka č.: 6300/B a NFŠ, a. s., so sídlom Sasinkova 5, 811 08 Bratislava, IČO: 50 110 055, zapísanú v Obchodnom registri Okresného súdu Bratislava I, oddiel: Sa, vložka č.: 6301/B. Rozdelenie sa uskutočnilo na základe Projektu rozdelenia spísaného vo forme notárskej zápisnice č. Q. XXXX/XXXX, Q. XXXXX/XXXX, Q. XXXXX/XXXX zo dňa 16.12.2015. Uvedené nástupnícke spoločnosti v Projekte rozdelenia vyjadrili zámer, aby sa nástupnícke spoločnosti stali účastníkmi predmetného konania v rozsahu, v akom na nástupnícke spoločnosti prešli práva a povinnosti z napadnutého územného rozhodnutia. 6. Uznesením č. k. 5S 124/2015 - 149 zo dňa 12.09.2017 správny súd rozhodol o pribratí právnych nástupcov rozdelenej spoločnosti Národný futbalový štadión, a.s. do súdneho konania podľa § 32 ods. 3 písm. a) SSP v spojení s § 33 SSP. 7. Proti uvedenému uzneseniu podali ďalší účastníci v 1. a 2. rade dňa 20.10.2017 kasačné sťažnosti. 8. Písomným podaním zo dňa 23.10.2017, doručeným správnemu súdu dňa 24.10.2017, žalobca zobral podanú žalobu späť v celom rozsahu. Uznesením č. k. 5S 124/2015 - 192 zo dňa 13.02.2018 správny súd konanie zastavil. 9. Keďže ďalší účastníci v 1. a 2. rade spolu s podaním kasačnej sťažnosti nezaplatili súdny poplatok za kasačnú sťažnosť v sume 140,- eur (podľa pol. č. 10 písm. a) sadzobníka súdnych poplatkov v spojení s ust. § 6 ods. 2 tretia veta zákona č. 71/1992 Zb. o súdnych poplatkoch a poplatku za výpis z registra trestov), správny súd ich pod následkom zastavenia konania vyzval na zaplatenie súdneho poplatku v lehote 10 dní od doručenia, výzvami sp. zn. 5S/124/2015 zo dňa 14.02.2018, doručenými ich právnemu zástupcovi dňa 13.03.2018. 10. Správny súd konštatuje, že ďalší účastníci v 1. a 2. rade napriek výzve správneho súdu súdne poplatky do dátumu vydania tohto rozhodnutia nezaplatili. 11.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12.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13.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14. Podľa § 10 ods. 1 zákona o súdnych poplatkoch, ak nebol zaplatený poplatok splatný podaním žaloby, návrhu na začatie konania, dovolania alebo kasačnej sťažnosti, súd podľa § 9 &lt;https://www.slov- lex.sk/pravne-predpisy/SK/ZZ/1992/71/20160701&gt;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15. Podľa § 10 ods. 3 prvej vety zákona o súdnych poplatkoch, prvoinštančný súd zruší uznesenie o zastavení konania pre nezaplatenie súdneho poplatku, ak bol súdny poplatok zaplatený v lehote určenej súdom podľa odseku 1 alebo ak sú na to dôvody podľa odseku 2. 16. Podľa § 14 ods. 3 zákona o súdnych poplatkoch, v sťažnosti proti rozhodnutiu o zastavení súdneho konania pre nezaplatenie súdneho poplatku nemožno namietať skutočnosti, ktoré nastali po uplynutí lehoty na zaplatenie súdneho poplatku. 17.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18. Keďže ďalší účastníci v 1. a 2. rade nezaplatili súdne poplatky za podanie kasačných sťažností ani v lehote určenej správnym súdom, správny súd postupoval v zmysle § 10 ods. 1 zákona o súdnych poplatkoch a predmetné konanie o kasačnej sťažnosti ďalšieho účastníka v 1. rade zo dňa 04.10.2017 a konanie o kasačnej sťažnosti ďalšieho účastníka v 2. rade zo dňa 04.10.2017 zastavil. 19. O náhrade trov konania správny súd rozhodol podľa § 170 písm. b) zákona č. 162/2015 Z. z. Správny súdny poriadok (ďalej len „SSP“) tak, že žiaden z účastníkov konania o kasačných sťažnostiach ďalších účastníkov v 1. a 2. rade nemá právo na náhradu trov konania, nakoľko konanie bolo zastavené. Poučenie: Proti tomuto uzneseniu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https://www.kauzis.sk/judikatura/r/ECLI:SK:KSBA:2018:1015200825.3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