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9Sp/45/2015 z 27. 3. 2018</w:t>
      </w:r>
    </w:p>
    <w:p>
      <w:r>
        <w:t>Uznesenie Krajského súdu Bratislava z 27. marca 2018, sp. zn. 9Sp/45/2015, ECLI:SK:KSBA:2018:1015200902.1</w:t>
      </w:r>
    </w:p>
    <w:p>
      <w:r>
        <w:t>Súd: Krajský súd Bratislava</w:t>
      </w:r>
    </w:p>
    <w:p>
      <w:r>
        <w:t>Spisová značka: 9Sp/45/2015</w:t>
      </w:r>
    </w:p>
    <w:p>
      <w:r>
        <w:t>ECLI: ECLI:SK:KSBA:2018:1015200902.1</w:t>
      </w:r>
    </w:p>
    <w:p>
      <w:r>
        <w:t>Dátum vydania: 27. 3.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9Sp/45/2015 Identifikačné číslo súdneho spisu: 1015200902 Dátum vydania rozhodnutia: 28. 03. 2018 Meno a priezvisko sudcu, VSÚ: JUDr. Beata Jurgošová ECLI: ECLI:SK:KSBA:2018:1015200902.1 Uznesenie Krajský súd v Bratislave v právnej veci navrhovateľa: 1/ X. F., M. XXXX/XX, XXX XX U., 2/ P.. W. F., M. XXXX/XX, XXX XX U., obaja zastúpení: SODOMA VULGAN, spol. s.r.o., advokátska kancelária, Kominárska 2, 4, 831 04 Bratislava, proti odporcovi: Okresný úrad Pezinok, katastrálny odbor, Radničné nám. 7, 902 01 Pezinok, za účasti: L. M., B. XXX/XX, XXX XX V., o preskúmanie zákonnosti rozhodnutia odporcu č. V-126/2015 zo dňa 18.02.2015, takto r o z h o d o l : Súd konanie zastavuje. Žiaden z účastníkov nemá právo na náhradu trov konania. o d ô v o d n e n i e : Navrhovatelia podali opravný prostriedok proti rozhodnutiu odporcu č. V-126/2015 zo dňa 18.02.2015, ktorým odporca v súlade s ustanovením § 31 ods. 3 katastrálneho zákona zamietol návrh na vklad práva k nehnuteľnostiam. Podaním doručeným súdu dňa 02.03.2018 navrhovatelia oznámili, že odvolanie proti napadnutému rozhodnutiu odporcu berú späť v celom rozsahu a žiadajú zastaviť konanie. Zároveň požadovali vrátiť zaplatený súdny poplatok za podané odvolanie.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Záverom súd uvádza, že navrhovatelia v predmetnom konaní súdny poplatok neplatili.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https://www.kauzis.sk/judikatura/r/ECLI:SK:KSBA:2018:1015200902.1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