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9Sp/59/2015 z 28. 2. 2018</w:t>
      </w:r>
    </w:p>
    <w:p>
      <w:r>
        <w:t>Uznesenie Krajského súdu Bratislava z 28. februára 2018, sp. zn. 9Sp/59/2015, ECLI:SK:KSBA:2018:1015201137.1</w:t>
      </w:r>
    </w:p>
    <w:p>
      <w:r>
        <w:t>Súd: Krajský súd Bratislava</w:t>
      </w:r>
    </w:p>
    <w:p>
      <w:r>
        <w:t>Spisová značka: 9Sp/59/2015</w:t>
      </w:r>
    </w:p>
    <w:p>
      <w:r>
        <w:t>ECLI: ECLI:SK:KSBA:2018:1015201137.1</w:t>
      </w:r>
    </w:p>
    <w:p>
      <w:r>
        <w:t>Dátum vydania: 28. 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9Sp/59/2015 Identifikačné číslo súdneho spisu: 1015201137 Dátum vydania rozhodnutia: 01. 03. 2018 Meno a priezvisko sudcu, VSÚ: JUDr. Beata Jurgošová ECLI: ECLI:SK:KSBA:2018:1015201137.1 Uznesenie Krajský súd v Bratislave v právnej veci navrhovateľa: A. C., C. X, XXX XX C., proti odporcovi: Okresný Ú. K., pozemkový a lesný odbor, 903 01 Senec, o preskúmanie zákonnosti rozhodnutia odporcu č.j. OÚ- SC-PLO/2015/3832-1/639/Ko zo dňa 11.06.2015, takto r o z h o d o l : Súd konanie zastavuje. Žiaden z účastníkov nemá právo na náhradu trov konania. o d ô v o d n e n i e : Navrhovateľ podal opravný prostriedok proti rozhodnutiu odporcu č.j. OÚ-SC-PLO/2015/3832-1/639/Ko zo dňa 11.06.2015. Napadnutým rozhodnutím odporca nenavrátil navrhovateľovi vlastníctvo a nepriznal právo na náhradu k pozemku nachádzajúcom sa v katastrálnom území Bernolákovo, nakoľko neboli splnené podmienky uvedené v § 2 a § 3 ods. 1, 2 zákona č. 503/2003 Z.z. o navrátení vlastníctva k pozemkom v znení neskorších predpisov. Podaním doručeným súdu dňa 15.02.2018 navrhovateľ oznámil, že berie späť celkom odvolanie proti napadnutému rozhodnutiu odporcu a žiada zastaviť konanie.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https://www.kauzis.sk/judikatura/r/ECLI:SK:KSBA:2018:1015201137.1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