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5Sd/102/2015 z 19. 3. 2018</w:t>
      </w:r>
    </w:p>
    <w:p>
      <w:r>
        <w:t>Uznesenie Krajského súdu Bratislava z 19. marca 2018, sp. zn. 5Sd/102/2015, ECLI:SK:KSBA:2018:1015201472.3</w:t>
      </w:r>
    </w:p>
    <w:p>
      <w:r>
        <w:t>Súd: Krajský súd Bratislava</w:t>
      </w:r>
    </w:p>
    <w:p>
      <w:r>
        <w:t>Spisová značka: 5Sd/102/2015</w:t>
      </w:r>
    </w:p>
    <w:p>
      <w:r>
        <w:t>ECLI: ECLI:SK:KSBA:2018:1015201472.3</w:t>
      </w:r>
    </w:p>
    <w:p>
      <w:r>
        <w:t>Dátum vydania: 19.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5Sd/102/2015 Identifikačné číslo súdneho spisu: 1015201472 Dátum vydania rozhodnutia: 20. 03. 2018 Meno a priezvisko sudcu, VSÚ: JUDr. Marta Barková ECLI: ECLI:SK:KSBA:2018:1015201472.3 Uznesenie Krajský súd v Bratislave v právnej veci navrhovateľa: P. S., W. A. XXXX/XX, I., zastúpený: JUDr. Marián Ďurina, advokát, Sibírska 4, Bratislava, proti odporkyni: Sociálna poisťovňa ústredie, Ul. 29. augusta 8 - 10, Bratislava, o invalidný dôchodok, takto r o z h o d o l : Súd konanie zastavuje. Odporkyňa je povinná zaplatiť navrhovateľovi trovy konania vo výške 300,58 Eur na účet jeho právneho zástupcu do troch dní od právoplatnosti tohto uznesenia. o d ô v o d n e n i e : Navrhovateľ svojím návrhom zo dňa 08.03.2015 žiadal preskúmať rozhodnutie odporkyne číslo XXX XXX XXXX X zo dňa 16.02.2015, ktorým mu bol odo dňa 25.01.2015 priznaný invalidný dôchodok v sume 313,50 Eur mesačne. Písomným podaním zo dňa 26.01.2017 vzal navrhovateľ svoj návrh v celom rozsahu späť a žiadal konanie zastaviť z dôvodu, že odporkyňa vydala rozhodnutie číslo XXX XXX XXXX 0 zo dňa 21.12.2016, ktorým vyhovela jeho opravnému prostriedku. Zároveň žiadal zaviazať odporkyňu na náhradu trov konania vo výške 300,58 Eur.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Podľa § 246c ods. 1 prvej vety O.s.p. pre riešenie otázok, ktoré nie sú priamo upravené v tejto časti, sa použijú primerane ustanovenia prvej, tretej a štvrtej časti tohto zákona. Podľa § 146 ods. 1 písm. c) O.s.p. žiaden z účastníkov nemá právo na náhradu trov konania podľa jeho výsledku, ak konanie bolo zastavené. Podľa § 146 ods. 2 druhá veta Os.p. ak sa však pre správanie odporcu vzal návrh späť, ktorý bol podaný dôvodne, je povinný uhradiť trovy konania odporca. Súd priznal navrhovateľovi náhradu trov konania pozostávajúcu z trov právneho zastupovania nasledovne: - z odmeny advokáta podľa § 11 ods. 4 vyhlášky Ministerstva spravodlivosti Slovenskej republiky č. 655/2004 Z.z. o odmenách a náhradách advokátov za poskytovanie právnych služieb v znení účinnom ku dňu vykonania úkonu (ďalej len „vyhláška č. 655/2004 Z. z.“) za 4 úkony právnej služby (prevzatie a príprava zastúpenia zo dňa 28.01.2016, účasť na pojednávaní dňa 27.04.2016, doplnenie dokazovania dňa 12.05.2016, späťvzatie návrhu zo dňa 26.01.2017) 3 x 66 Eur (198 Eur) + režijný paušál 3 x 8,58 Eur (= 25,74 Eur) + 1 x 68 Eur + režijný paušál 1 x 8,84 Eur, t.j. 300,58 Eur. O trovách konania rozhodol súd podľa ustanovenia § 250k ods. 1 O. s. p. v spojení s § 246c ods. 1 vety prvej a § 146 ods. 2 druhej vety O.s.p. tak, že odporkyňa je povinná zaplatiť náhradu trov konania navrhovateľovi v celkovej výške 300,58 Eur na účet právneho zástupcu zmysle § 149 ods. 1 O.s.p. v spojení s § 246c ods. 1 veta prvá O.s.p. v lehote troch dní od právoplatnosti tohto uznesenia.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https://www.kauzis.sk/judikatura/r/ECLI:SK:KSBA:2018:1015201472.3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