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10Scud/18/2015 z 28. 3. 2018</w:t>
      </w:r>
    </w:p>
    <w:p>
      <w:r>
        <w:t>Uznesenie Krajského súdu Bratislava z 28. marca 2018, sp. zn. 10Scud/18/2015, ECLI:SK:KSBA:2018:1015201506.1</w:t>
      </w:r>
    </w:p>
    <w:p>
      <w:r>
        <w:t>Súd: Krajský súd Bratislava</w:t>
      </w:r>
    </w:p>
    <w:p>
      <w:r>
        <w:t>Spisová značka: 10Scud/18/2015</w:t>
      </w:r>
    </w:p>
    <w:p>
      <w:r>
        <w:t>ECLI: ECLI:SK:KSBA:2018:1015201506.1</w:t>
      </w:r>
    </w:p>
    <w:p>
      <w:r>
        <w:t>Dátum vydania: 28.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10Scud/18/2015 Identifikačné číslo súdneho spisu: 1015201506 Dátum vydania rozhodnutia: 29. 03. 2018 Meno a priezvisko sudcu, VSÚ: JUDr. Beata Jurgošová ECLI: ECLI:SK:KSBA:2018:1015201506.1 Uznesenie Krajský súd v Bratislave v právnej veci navrhovateľky: Z. N., bytom R. XXXX/XX, H. Z. H. N., prechodne S. XXX/XX, XXX Z., Č. Q. proti odporkyni: Sociálna poisťovňa ústredie, Ul. 29. augusta č. 8, Bratislava, o preskúmanie rozhodnutia odporkyne, takto r o z h o d o l : Krajský súd v Bratislave postupuje vec Krajskému súdu v Trenčíne. o d ô v o d n e n i e : Návrh na preskúmanie rozhodnutia vydaného odporkyňou číslo XXX XXX XXXX X zo dňa 11.05. 2015 bol podaný dňa 14.09.2015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invalidný dôchodok, na preskúmanie ktorého je vecne príslušný krajský súd podľa tretej hlavy piatej časti Občianskeho súdneho poriadku. V danom prípade má navrhovateľka trvalé bydlisko N. H. Z. H. N., a preto jej všeobecným súdom je súd určený podľa § 85 ods. 1 O.s.p., ktorý je v obvode Krajského súdu v Trenčíne (§ 85a ods. 1 O.s.p.). Nie je teda daná miestna príslušnosť Krajského súdu v Bratislave podľa § 246a ods. 2 O.s.p. a miestne príslušným na konanie vo veci je Krajský súd v Trenčíne, ktorému bude vec postúpená po právoplatnosti tohto uznesenia. Podľa § 492 ods. 1 SSP konania podľa tretej hlavy piatej časti Občianskeho súdneho poriadku začaté predo dňom nadobudnutia účinnosti tohto zákona sa dokončia podľa doterajších predpisov. Poučenie: Proti tomuto uzneseniu nie je možné podať odvolanie. (§ 246c ods. 1 O.s.p.)</w:t>
      </w:r>
    </w:p>
    <w:p/>
    <w:p>
      <w:r>
        <w:t>Zdroj: KAUZIS.SK – https://www.kauzis.sk/judikatura/r/ECLI:SK:KSBA:2018:1015201506.1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