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1S/279/2017 z 9. 5. 2018</w:t>
      </w:r>
    </w:p>
    <w:p>
      <w:r>
        <w:t>Rozsudok Krajského súdu Bratislava z 9. mája 2018, sp. zn. 1S/279/2017, ECLI:SK:KSBA:2018:1015201532.2</w:t>
      </w:r>
    </w:p>
    <w:p>
      <w:r>
        <w:t>Súd: Krajský súd Bratislava</w:t>
      </w:r>
    </w:p>
    <w:p>
      <w:r>
        <w:t>Spisová značka: 1S/279/2017</w:t>
      </w:r>
    </w:p>
    <w:p>
      <w:r>
        <w:t>ECLI: ECLI:SK:KSBA:2018:1015201532.2</w:t>
      </w:r>
    </w:p>
    <w:p>
      <w:r>
        <w:t>Dátum vydania: 9. 5. 2018</w:t>
      </w:r>
    </w:p>
    <w:p>
      <w:r>
        <w:t>Forma: Rozsudok</w:t>
      </w:r>
    </w:p>
    <w:p>
      <w:r>
        <w:t>Oblasť práva: Správne právo</w:t>
      </w:r>
    </w:p>
    <w:p>
      <w:pPr>
        <w:pStyle w:val="Heading2"/>
      </w:pPr>
      <w:r>
        <w:t>Text rozhodnutia</w:t>
      </w:r>
    </w:p>
    <w:p>
      <w:r>
        <w:t>Súd: Krajský súd Bratislava Spisová značka: 1S/279/2017 Identifikačné číslo súdneho spisu: 1015201532 Dátum vydania rozhodnutia: 10. 05. 2018 Meno a priezvisko sudcu, VSÚ: JUDr. Zuzana Mališová ECLI: ECLI:SK:KSBA:2018:1015201532.2 ROZSUDOK V MENE SLOVENSKEJ REPUBLIKY Krajský súd v Bratislave, ako správny súd v senáte zloženom z predsedníčky senátu JUDr. Zuzany Mališovej a členov senátu JUDr. Renáty Janákovej a JUDr. Vlastimila Pavlikovského, v právnej veci žalobcu: L. M., B. X. J., 02X XX B. X., C.: XXX XXX XX zastúpený: JUDr. Eugenom Kostovčíkom, advokátom, Gelnická 33, 040 11 Košice proti žalovanému: Ministerstvo financií Slovenskej republiky, Štefanovičova 5, 817 82 Bratislava o preskúmanie zákonnosti rozhodnutia žalovaného č. MF/19198/2015-77 zo dňa 25.08.2015, takto r o z h o d o l : Krajský súd v Bratislave žalobu z a m i e t a . Žalovanému súd právo na náhradu trov konania nepriznáva. o d ô v o d n e n i e : I. Priebeh administratívneho konania 1. Daňovému úradu Žilina dňa 16.12.2014 žalobca ako účastník konania doručil návrh na nariadenie obnovy konania z úradnej moci vo veci rozhodnutia Daňového riaditeľstva SR č. I/228/8291-50999/2009/993168-r zo dňa 07.05.2009, ktorým bolo potvrdené rozhodnutie Daňového úradu Kysucké Nové Mesto č. 655/230/14459/09/Dudo zo dňa 10.07.2008, ktorým bol znížený nadmerný odpočet dane z pridanej hodnoty za august 2007 o sumu XXX.XXX,- Sk. Ako dôvod k nariadeniu obnovy konania z úradnej moci je podľa účastníka konania v zmysle ust. § 75 ods. 1 písm. b) daňového poriadku tá skutočnosť, že rozhodnutie Daňového riaditeľstva č. I/228/8291-50999/2009/993168-r zo dňa 07.05.2009 bolo vydané na základe dôkazov, ktoré sa ukázali ako nepravdivé. Navrhol Finančnému riaditeľstvu SR z úradnej moci vydať rozhodnutie a nariadiť obnovu konania vo veci rozhodnutia Daňového riaditeľstva SR č. I/228/8291-50999/2009/993168-r zo dňa 07.05.2009. 2. Finančné riaditeľstvo SR podľa § 62 ods. 1 písm. e) zákona č. 563/2009 Z.z. o správe daní (daňový poriadok) rozhodnutím č. 1100308/1/17733/2015 zo dňa 16.01.2015 zastavilo daňové konanie vo veci návrhu L. M., ako účastníka konania zo dňa 16.12.2014 na nariadenie obnovy konania ukončeného právoplatným rozhodnutím Finančného riaditeľstva SR, Banská Bystrica č. I/228/8291-50999/2009/993168-r zo dňa 07.05.2009 z dôvodu, že lehota na podanie návrhu na obnovu konania podľa § 75 ods. 4 daňového poriadku nebola dodržaná. 3. Proti tomuto rozhodnutiu podal odvolanie žalobca, o ktorom bolo rozhodnuté preskúmavaným rozhodnutím žalovaného zo dňa 25.08.2015 č.: MF/19198/2015-77. V odôvodnení rozhodnutia poukázal žalovaný na ust. § 58 ods. 1 daňového poriadku, podľa ktorého daňové konanie sa začína na návrh účastníka daňového konania, alebo z podnetu orgánu príslušného konať vo veci. Uviedol, že podľa § 58 ods. 3 daňového poriadku, ak daňové konanie začína z podnetu orgánu príslušného konať (t.j. z úradnej moci), konanie sa začína dňom, kedy tento orgán vykonal voči daňovému subjektu prvý úkon. V predmetnom prípade Finančné riaditeľstvo SR z úradnej moci nenariadilo obnovu konania, nevykonalo v tejto veci úkon voči daňovému subjektu, naopak daňový subjekt prostredníctvom svojho právneho zástupcu podal návrh na obnovu konania doručeného dňa 16.12.2014 do elektronickej podateľne Finančného riaditeľstva SR. Takéto podanie právneho zástupcu bolo podľa svojho obsahu podania správne posúdené ako návrh na obnovu konania. Žalovaný ďalej konštatoval, že daňový subjekt nedodržal zákonnú lehotu na podanie návrhu na povolenie obnovy konania podľa § 75 ods. 4 daňového poriadku. Žalovaný odvolaním napadnuté rozhodnutie potvrdil. II. Žaloba 4. Žalobou doručenou tunajšiemu súdu dňa 18.09.2015 sa žalobca domáhal preskúmania zákonnosti a následne zrušenia rozhodnutia žalovaného č. MF/19198/2015-77 zo dňa 25.08.2015, ktorým bolo potvrdené rozhodnutie Finančného riaditeľstva SR č. 1100308/1/17733/2015 zo dňa 16.01.2015 o zastavení konania vo veci návrhu na nariadenie obnovy konania ukončeného právoplatným rozhodnutím Finančného riaditeľstva SR. Žalobca rozhodnutie žalovaného považoval za nezákonné a týmto rozhodnutím bol ukrátený na svojich právach. Uviedol, že žalobou napadnuté rozhodnutie bolo vydané na základe nesprávne interpretovaného a posúdeného skutkového a právneho stavu. 5. V žalobe dôvodil, že z návrhu žalobcu zo dňa 16.12.2014 jednoznačne vyplýva, že žalobca žiadal o obnovu konania z úradnej moci. Toto podanie podľa názoru žalobcu spĺňalo všetky náležitosti podľa ust. § 13 ods. 3 daňového poriadku a z jeho obsahu bolo zrejmé, kto ho podáva, v akej veci, čo navrhuje aj dôvody, prečo navrhuje obnoviť konanie z úradnej moci. V bode 25 návrhu žalobca výslovne navrhoval Finančnému riaditeľstvu SR z úradnej moci vydať rozhodnutie a nariadiť obnovu konania vo veci rozhodnutia Daňového riaditeľstva SR zo dňa 07.05.2009. Mal za to, že aj z odvolania žalobcu proti rozhodnutiu Finančného riaditeľstva SR č. 1100308/1/17733/2015 v zmysle § 72 ods. 4 daňového poriadku jednoznačne vyplýva, aké sú dôvody podania odvolania, v čom je rozpor s právnymi predpismi a čo žalobca navrhuje. Žalobca namietal, že zastavenie konania podľa § 62 ods. 1 písm. e) daňového poriadku z dôvodu, že žalobca zmeškal lehotu uvedenú v § 75 ods. 4 daňového poriadku, nemá oporu v zákone, pretože dodržanie lehôt uvedených v ust. § 75 ods. 4 daňového poriadku by sa posudzovalo iba v prípade, ak by žalobca ako účastník konania návrhom zo dňa 16.12.2014 navrhoval, resp. žiadal povoliť obnovu konania vo veci rozhodnutia Daňového riaditeľstva SR zo dňa 07.05.2009. 6. Žalobca konštatoval, že v zmysle zásady zákonnosti je potrebné interpretovať aj ust. § 3 ods. 6 daňového poriadku, v ktorom sa okrem iného uvádza, že pri správe daní sa berie do úvahy skutočný obsah právneho úkonu alebo inej skutočnosti rozhodujúcej pre zistenie, vyrubenie alebo vybratie dane. Ani zásada formulovaná v § 3 ods. 6 daňového poriadku neumožňuje daňovým orgánom vykladať úmysel konajúcej osoby inak, ako tento úmysel vykladal účastník konania. Žalobca zastával názor, že nesprávna aplikácia ust. § 3 ods. 1 a 6 daňového poriadku v konečnom dôsledku viedla k porušeniu čl. 2 ods. 2 Ústavy SR, pretože štátne orgány nepostupovali v rozsahu a spôsobom, ktorý stanovuje daňový poriadok a vlastnou úvahou zmenili jednoznačne obsah a právnu klasifikáciu podania žalobcu. 7. Na základe uvedeného žalobca navrhol, aby Krajský súd v Bratislave rozhodnutie žalovaného zrušil a vec vrátil žalovanému na ďalšie konanie. III. Vyjadrenie žalovaného k žalobe 8. Žalovaný sa k žalobe písomne vyjadril vo vyjadrení doručenom súdu dňa 03.11.2015, pričom zotrval na svojich argumentoch a tvrdeniach uvedených v žalobou napadnutom rozhodnutí. 9. Nesúhlasil s tvrdením žalobcu, že žalobca nežiadal povoliť obnovu konania, ale navrhoval nariadiť obnovu konania z úradnej moci a Finančné riaditeľstvo SR bolo povinné nariadiť obnovu konania z úradnej moci. Žalovaný uviedol, že z § 75 ods. 1 daňového poriadku vyplýva, že daňové konanie ukončené právoplatným rozhodnutím sa obnoví buď na návrh účastníka konania (dispozičný úkon) alebo z úradnej moci. V predmetnom prípade Finančné riaditeľstvo SR z úradnej moci nenariadilo obnovu konania, nevykonalo v tejto veci úkon voči daňovému subjektu, naopak daňový subjekt prostredníctvom svojho právneho zástupcu podal návrh na obnovu konania doručený dňa 16.12.2014 do elektronickej podateľne Finančného riaditeľstva SR. Takéto podanie právneho zástupcu bolo vzhľadom na obsah podania (§ 3 ods. 1 a 6 daňového poriadku), podľa názoru žalovaného správne posúdené ako návrh na obnovu konania podľa § 75 daňového poriadku. 10. Vo vzťahu k argumentácii žalobcu, že došlo k zmene obsahu a právnej klasifikácie jeho podania a zastavenie konania z dôvodu zmeškania lehoty by sa malo posudzovať iba v prípade, ak by ako účastník konania navrhoval povoliť obnovu konania, žalovaný zastával názor, že podanie žalobcu zo dňa 16.12.2014 bolo podľa § 58 a § 75 daňového poriadku možno posúdiť len ako návrh na obnovu konania, ktorý bol podaný účastníkom konania. Návrh alebo žiadosť o nariadenie obnovy konania z úradnej moci účastníkom konania daňový poriadok nepozná. 11. Ďalej žalovaný uviedol, že žalobca nedodržal zákonnú lehotu na podanie návrhu na obnovu konania, preto žalovaný rozhodol tak, že prvostupňové rozhodnutie správneho orgánu potvrdil. Vzhľadom na uvedené skutočnosti žalovaný zastával názor, že námietky žalobcu uvedené v žalobe nemajú opodstatnenie. 12. Z uvedených dôvodov žalovaný navrhol žalobu ako nedôvodnú zamietnuť. IV. Replika žalobcu 13. Žalobca doručil dňa 23.12.2016 repliku k vyjadreniu žalovaného k žalobe, v ktorej okrem tvrdení uvedených v žalobe poukázal na čl. 2 ods. 3 Ústavy SR, že každý môže konať, čo nie je zákonom zakázané a nikoho nemožno nútiť, aby konal niečo, čo zákon neukladá. Uviedol, že ak daňový poriadok takýto zákaz nepozná, potom podanie žalobcu, v ktorom navrhoval nariadenie obnovy konania z úradnej moci, nebol v rozpore s daňovým poriadkom. 14. Žalobca opätovne poukázal na to, že v návrhu o nariadenie obnovy konania z úradnej moci nežiadal Finančné riaditeľstvo SR o nič iné, len aby postupovalo podľa § 58 ods. 3 daňového poriadku a z úradnej moci nariadilo obnovu konania. Dal do pozornosti súdu, že dôkazom preukazujúcim odôvodnenosť návrhu na nariadenie obnovy konania z úradnej moci, je podľa § 75 ods. 1 písm. b), ods. 5 daňového poriadku znalecký posudok znalca z odboru drahých kovov C.. Bc. C. M. č. 04/2014 zo dňa 17.07.2014, ktorým už od 21.08.2014 Finančné riaditeľstvo SR disponovalo. V. Právna úprava 15. Krajský súd v Bratislave ako súd vecne a miestne príslušný na konanie vo veci (§ 10, § 13 ods. 1 zákona č. 162/2015 Z. z. Správny súdny poriadok - ďalej len SSP) vec opätovne prejednal na nariadenom pojednávaní (§ 107 ods. 1 SSP) a dospel k záveru, že žaloba nie je dôvodná. 16. Dňa 1. júla 2016 nadobudol účinnosť zákon č. 162/2015 Z. z. Správny súdny poriadok. 17. Podľa § 491 ods. 1 SSP, ak nie je ďalej ustanovené inak, platí tento zákon aj na konania začaté podľa piatej časti Občianskeho súdneho poriadku predo dňom nadobudnutia jeho účinnosti. 18. Podľa § 2 ods. 1 SSP, v správnom súdnictve poskytuje správny súd ochranu právam alebo právom chráneným záujmom fyzickej osoby a právnickej osoby v oblasti verejnej správy a rozhoduje v ďalších veciach ustanovených týmto zákonom.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21.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23. Podľa § 3 ods. 1 daňového poriadku pri správe daní sa postupuje podľa všeobecne záväzných právnych predpisov, chránia sa záujmy štátu a obcí a dbá sa pritom na zachovávanie práv a právom chránených záujmov daňových subjektov a iných osôb. 24. Podľa § 3 ods. 6 prvá veta daňového poriadku pri uplatňovaní osobitných predpisov pri správe daní sa berie do úvahy skutočný obsah právneho úkonu alebo inej skutočnosti rozhodujúcej pre zistenie, vyrubenie alebo vybratie dane. 25. Podľa § 75 ods. 4 daňového poriadku, návrh na obnovu konania musí byť podaný do šiestich mesiacov odo dňa, keď sa účastník konania preukázateľne dozvedel o dôvodoch obnovy konania, najneskôr však do troch rokov odo dňa právoplatnosti rozhodnutia, ktorého sa obnova konania týka. Tieto lehoty nemožno predĺžiť ani odpustiť ich zmeškanie. 26. Podľa § 62 ods. 1 písm. e) daňového poriadku, ak tento zákon alebo osobitný predpis neustanovuje inak, daňové konanie sa zastaví, ak daňový subjekt zmeškal lehotu, ktorú nemožno predĺžiť ani odpustiť jej zmeškanie. VI. Závery správneho súdu 27. Predmetom preskúmavacieho konania je rozhodnutie žalovaného č. MF/19198/2015-77 zo dňa 25.08.2015, ktorým potvrdil rozhodnutie Finančného riaditeľstva SR č. 1100308/1/17733/2015 zo dňa 16.01.2015. 28. Jednou zo záruk právnej stability vzťahov založených správnym rozhodnutím je záväznosť a nezmeniteľnosť právoplatného rozhodnutia. Zákon tu má na zreteli nielen tzv. formálnu právoplatnosť ale aj materiálnu právoplatnosť. Výnimku tvoria prípady označované ako mimoriadne prostriedky, medzi ktoré patrí aj obnova konania, ktorými sa dosahuje náprava právoplatných správnych rozhodnutí. Dôvodom pre takýto postup je existencia závažných skutočností, ktoré spochybňujú správnosť rozhodnutia. Na to, aby bolo možné vyhovieť návrhu na obnovu konania, sa vyžaduje splnenie zákonných dôvodov, vrátane zákonom stanovených lehôt. 29. Z obsahu pripojeného administratívneho spisu mal krajský súd za preukázané, že v predmetnej veci doručil žalobca Daňovému úradu Žilina dňa 16.12.2014 návrh na nariadenie obnovy konania z úradnej moci vo veci rozhodnutia Daňového riaditeľstva SR č. I/228/8291-50999/2009/993168-r zo dňa 07.05.2009, ktorým bolo potvrdené rozhodnutie Daňového úradu Kysucké Nové Mesto č. 655/230/14459/09/Dudo zo dňa 10.07.2008, v zmysle § 75 ods. 1 písm. b) daňového poriadku, pretože rozhodnutie Daňového riaditeľstva SR č. I/228/8291-50999/2009/993168-r zo dňa 07.05.2009, bolo vydané na základe dôkazov, ktoré sa ukázali ako nepravdivé. Finančné riaditeľstvo SR zastavilo daňové konanie vo veci návrhu žalobcu na nariadenie obnovy konania ukončeného právoplatným rozhodnutím Finančného riaditeľstva SR z dôvodu nedodržania lehoty na podanie návrhu na obnovu konania. 30. Žalobca v žalobe a rovnako aj v odvolaní proti rozhodnutiu Finančného riaditeľstva SR č. 1100308/1/17733/2015 nesúhlasil so zastavením konania podľa § 62 ods. 1 písm. e) daňového poriadku z dôvodu, že žalobca zmeškal lehotu uvedenú v § 75 ods. 4 daňového poriadku, pretože dodržanie lehôt uvedených v ust. § 75 ods. 4 daňového poriadku by sa posudzovalo iba v prípade, ak by žalobca ako účastník konania návrhom zo dňa 16.12.2014 navrhoval, resp. žiadal povoliť obnovu konania vo veci rozhodnutia Daňového riaditeľstva SR zo dňa 07.05.2009, avšak z návrhu žalobcu zo dňa 16.12.2014 jednoznačne vyplýva, že žalobca žiadal o obnovu konania z úradnej moci. 31. V posudzovanej veci sa preto súd primárne zaoberal otázkou posúdenia podania žalobcu - návrhu na nariadenie obnovy konania z úradnej moci vo veci rozhodnutia Daňového riaditeľstva SR č. I/228/8291-50999/2009/993168-r zo dňa 07.05.2009 doručeného Daňovému úradu Žilina dňa 16.12.2014. 32. Súd zastáva názor, že daňový poriadok v ust. § 75 ods. 1 jednoznačne definuje, že daňové konanie ukončené právoplatným rozhodnutím, sa obnoví na návrh účastníka konania alebo z úradnej moci za podmienok uvedených pod písmenom a), b), c) citovaného ustanovenia. 33. Argumentácia žalobcu v súvislosti s citovaným ustanovením § 75 daňového poriadku, nie je akceptovateľná z toho dôvodu, že by umožňovala narušiť zákonnú úpravu mimoriadnych opravných prostriedkov a neprípustne rozšíriť možnosti podania návrhu na obnovu konania na základe návrhu účastníka konania takým spôsobom, ako v danom prípade žiadal žalobca. Nebolo možné súhlasiť s tvrdením žalobcu, že nežiadal povoliť obnovu konania, ale navrhoval nariadiť obnovu konania z úradnej moci a žalovaný resp. Finančné riaditeľstvo SR bolo povinné obnovu konania nariadiť z úradnej moci, pretože daňový poriadok taký spôsob konania správcu dane vo vzťahu k začatiu obnovy konania neupravuje a možno povedať, ani nepovoľuje. 34. Správnosť postupu žalovaného rovnako vyplýva zo znenia § 58 ods. 2 daňového poriadku, podľa ktorého daňové konanie je začaté dňom doručenia podania daňového subjektu orgánu príslušnému konať vo veci alebo dňom, keď daňový subjekt na výzvu tohto príslušného orgánu doručil doplnenie podania. Je len nesporné, že v preskúmavanej veci o daňové konanie začaté podľa ust. § 58 ods. 3, ktoré stanovuje, že ak daňové konanie začína z podnetu orgánu príslušného konať vo veci, konanie sa začína dňom, keď tento orgán vykonal voči daňovému subjektu alebo inej osobe, voči ktorej je podľa tohto zákona oprávnený konať prvý úkon, nejde. Návrh na obnovu konania bol doručený dňa 16.12.2014 do elektronickej podateľne Finančného riaditeľstva SR žalobcom a teda vychádzajúc z uvedeného možno uzavrieť, že v danom prípade ide o obnovu konania na základe návrhu účastníka konania, žalobcu. 35. Ako už krajský súd uviedol, zákon dáva účastníkovi konania priamo možnosť podať návrh na obnovu konania (dispozičná zásada) a jednak možnosť správnemu orgánu začať konanie z úradnej moci (zásada oficiality). Žalovaný správny orgán súladne so zákonom vyhodnotil podanie žalobcu podľa obsahu, pretože ani inak správny orgán pri posudzovaní návrhu žalobcu postupovať nemohol. Súd poznamenáva, že obnova konania je prísne formalizovaným inštitútom mimoriadnych opravných prostriedkov, ktorý neumožňuje taký extenzívny výklad v rámci jeho aplikácie vo vzťahu k otázke začatia obnovy konania, ako požadoval žalobca. 36. Súd sa stotožnil s argumentáciou žalovaného ako aj prvostupňového správneho orgánu, že v predmetnom prípade rozhodnutie Finančného riaditeľstva SR č. 1/228/8291-5099/2009/993168-r zo dňa 07.05.2009 sa stalo právoplatným dňa 04.06.2009, súdne konanie sa začalo na základe žaloby zo dňa 26.06.2009 podanou proti uvedenému rozhodnutiu doručenou Krajskému súdu v Žiline dňa 29.06.2009, ktoré bolo ukončené na základe rozsudku Najvyššieho súdu SR č. 8Sžf/20/2010 zo dňa 24.03.2011, právoplatné dňa 08.04.2011. Na základe uvedeného prvostupňový správny orgán konštatoval, že súdne konanie vo veci rozhodnutia č. 1/228/8291-50999/2009/993168-r zo dňa 07.05.2009 trvalo od 29.06.2009 do 08.04.2011, čo je celkom 649 dní. S poukazom na § 246d zákona 99/1963 Zb. Občiansky súdny poriadok, počas konania na správnom súde neplynú lehoty pre zánik práva vo veciach daní. Lehota pre podanie obnovy konania vo veci rozhodnutia č. I/228/8291-50999/2009/993168-r zo dňa 07.05.2009, právoplatného dňa 04.06.2009, bola teda dňa 16.03.2014, t. j. tri roky od 04.06.2009 a 649 dní (počet dní, počas ktorých lehota neplynula). Na základe skutkových okolností správca dane mal za to, že lehota na podanie návrhu na obnovu konania podľa § 75 ods. 4 daňového poriadku nebola dodržaná. 37. Žalovaný podľa názoru krajského súdu potom v odôvodnení žalobou napadnutého rozhodnutia správne uzavrel, že žalobca nedodržal zákonnú lehotu na podanie návrhu na povolenie obnovy konania podľa § 75 ods. 4 daňového poriadku a pre uvedený dôvod došlo k zastaveniu konania. 38. Pokiaľ ide o argumentáciu žalobcu v intenciách žaloby, že nežiadal povoliť obnovu konania vo veci rozhodnutia Daňového riaditeľstva SR zo dňa 07.05.2009, ale navrhoval nariadiť obnovu konania z úradnej moci, súd vzhľadom na konštatáciu uvádzanú vyššie, ešte dodáva, že daňový poriadok nezmocňuje daňový subjekt na takýto úkon, v súvislosti s ktorým by boli spojené právne následky začatia konania na nariadenie obnovy konania. Potom aj tvrdenie žalobcu, že nič mu nezakazovalo, aby poukázal, že sú splnené podmienky na mimoriadne konanie, a je jedno, z akej sféry sa správnemu orgánu dostane táto informácia, je vo vzťahu k danému prípadu právne irelevantné. 39. Potrebné je ešte uviesť, že takéto konanie zo strany žalobcu sa súdu javí ako účelové, s tým, že takýmto postupom resp. spôsobom uvádzaným žalobcom by v podstate dochádzalo k obchádzaniu zákona, a to v súvislosti s dodržaním zákonom stanovených lehôt na obnovu konania. 40. Súd ešte poznamenáva, že obnova konania ako mimoriadny opravný prostriedok nie je generálne použiteľný a je možné ho uplatniť len vo výnimočných prípadoch a za striktného splnenia zákonných podmienok stanovených zákonom č. 563/2009 Z. z. o správe daní, práve z dôvodu rešpektovania základnej idey mimoriadnych opravných prostriedkov vychádzajúcej z toho, že právna istota a stabilita nastolené právoplatným rozhodnutím, sú v právnom štáte čl. 1 ods. 1 Ústavy Slovenskej republiky narušiteľné len mimoriadne a výnimočne. 41. Vychádzajúc z uvedenej konštatácie súdu nebolo možné súhlasiť s tvrdením žalobcu, že zo strany správcu dane došlo k zmene obsahu a právnej klasifikácie jeho podania. Skutočnosť, že žalobca sa s právnym názorom žalovaného ako aj prvostupňového správneho orgánu nestotožnil, nemôže vo vzťahu k žalobcovi viesť k záveru o nesprávnej aplikácii ust. § 3 ods. 1 a 6 daňového poriadku s následkom porušenia čl. 2 ods. 2 Ústavy Slovenskej republiky. 42. Krajský súd v Bratislave vzhľadom na vyššie uvedené skutočnosti dospel k záveru, že rozhodnutia žalovaného a prvostupňového správneho orgánu sú vecne správne, názor v nich vyslovený zodpovedá zásadám správneho uváženia a je v súlade aj s hmotno-právnymi ustanoveniami daňového poriadku, a preto žalobu v zmysle § 190 SSP zamietol. 43. O náhrade trov konania súd rozhodol podľa ust. § 168 SSP tak, že žalovanému, ktorý mal v konaní plný úspech, náhradu trov konania nepriznal, pretože mu v konaní žiadne trovy konania nevznikli. 44. Toto rozhodnutie senát Krajského súdu v Bratislave prijal pomerom hlasov 3 : 0 (§ 3 ods. 9 zákona č. 757/2004 Z. z. v znení zákona č. 33/2011 Z. z.). Poučenie: Proti tomuto rozsudku možno podať kasačnú sťažnosť v lehote 30 dní odo dňa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https://www.kauzis.sk/judikatura/r/ECLI:SK:KSBA:2018:1015201532.2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