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4Sp/89/2015 z 14. 1. 2018</w:t>
      </w:r>
    </w:p>
    <w:p>
      <w:r>
        <w:t>Uznesenie Krajského súdu Bratislava z 14. januára 2018, sp. zn. 4Sp/89/2015, ECLI:SK:KSBA:2018:1015201558.1</w:t>
      </w:r>
    </w:p>
    <w:p>
      <w:r>
        <w:t>Súd: Krajský súd Bratislava</w:t>
      </w:r>
    </w:p>
    <w:p>
      <w:r>
        <w:t>Spisová značka: 4Sp/89/2015</w:t>
      </w:r>
    </w:p>
    <w:p>
      <w:r>
        <w:t>ECLI: ECLI:SK:KSBA:2018:1015201558.1</w:t>
      </w:r>
    </w:p>
    <w:p>
      <w:r>
        <w:t>Dátum vydania: 14. 1. 2018</w:t>
      </w:r>
    </w:p>
    <w:p>
      <w:r>
        <w:t>Forma: Uznesenie</w:t>
      </w:r>
    </w:p>
    <w:p>
      <w:pPr>
        <w:pStyle w:val="Heading2"/>
      </w:pPr>
      <w:r>
        <w:t>Text rozhodnutia</w:t>
      </w:r>
    </w:p>
    <w:p>
      <w:r>
        <w:t>Súd: Krajský súd Bratislava Spisová značka: 4Sp/89/2015 Identifikačné číslo súdneho spisu: 1015201558 Dátum vydania rozhodnutia: 15. 01. 2018 Meno a priezvisko sudcu, VSÚ: JUDr. Ľubomír Šramko ECLI: ECLI:SK:KSBA:2018:1015201558.1 Uznesenie Krajský súd v Bratislave v právnej veci navrhovateľa: K.. N. K., bytom K. X, D. proti odporcovi: Centrum právnej pomoci so sídlom Námestie slobody 12, Bratislava v konaní o opravnom prostriedku navrhovateľa zo dňa 3.9.2015 proti rozhodnutiam odporcu Sp. zn: 9335/2015-KaBA (7N 2372/12), ČRZ: 51119/2015; Sp. zn.: 7646/2015-KaBA (2913/2013), ČRZ: 51118/2015; Sp. zn.: 7843/2015-KaBA (2915/2013), ČRZ: 51105/15; Sp. zn.: 7691/2015-KaBA (2914/2013), ČRZ: 51101/2015, všetky zo dňa 14.8.2015, konajúc súčasne o návrhu na odpustenie zmeškania lehoty takto r o z h o d o l : Krajský súd v Bratislave návrh na odpustenie zameškania lehoty z a m i e t a . Krajský súd v Bratislave návrh o d m i e t a . Žiaden z účastníkov konania nemá právo na náhradu trov tohto konania. o d ô v o d n e n i e : Dňa 23.9.2015 bol konajúcemu Krajskému súdu v Bratislave (ďalej len „súd“) prostredníctvom odporcu doručený návrh (opravný prostriedok) navrhovateľa zo dňa 3.9.2015 proti rozhodnutiam odporcu Sp. zn: 9335/2015-KaBA (7N 2372/12), ČRZ: 51119/2015; Sp. zn.: 7646/2015-KaBA (2913/2013), ČRZ: 51118/2015; Sp. zn.: 7843/2015-KaBA (2915/2013), ČRZ: 51105/15; Sp. zn.: 7691/2015-KaBA (2914/2013), ČRZ: 51101/2015 zo dňa 14.8.2015 (ďalej len „napadnuté rozhodnutia“), ktorým odporca odňal navrhovateľovi nároky na poskytovanie právnej pomoci. Napadnuté rozhodnutia, ktoré obsahovali riadne a správne poučenia o možnosti podať voči nim opravný prostriedok v lehote 15 dní odo dňa ich doručenia, boli navrhovateľovi doručené jednou listovou zásielkou. Ako to súd zistil z obsahu pripojených administratívnych spisov odporcu, predmetná listová zásielka obsahujúca napadnuté rozhodnutia odporcu bola navrhovateľovi doručovaná nasledovne: - prvý neúspešný pokus o jej doručenie sa uskutočnil 18.8.2015; - opakované neúspešné doručenie sa uskutočnilo 19.8.2015; - dňom 19.8.2015 bola zásielka uložená na pošte. Navrhovateľ si zásielku s napadnutými rozhodnutiami odporcu fyzicky prevzal 28.8.2015. Ako to je zjavné z obsahu pripojených administratívnych spisov odporcu, dňa 10.9.2015 podal navrhovateľ na Pošte Bratislava 25 zásielku č. RP294677249SK, adresovanú odporcovi, obsahom ktorej bolo jeho odvolanie (datované 3.9.2015) voči všetkým napadnutým rozhodnutiam odporcu. Odporcovi bolo odvolanie doručené 11.9.2015. Súčasťou podaného odvolania voči napadnutým rozhodnutiam odporcu bola aj: „Žiadosť o pridelenie advokáta pre (event.) opravu a doplnenie odvolania/ní. a Žiadosť o oslobodenie od súdnych poplatkov.“ Dňa 19.10.2015 doručil navrhovateľ odporcovi podanie datované 13.10.2015, nadpísane ako „Doplnenie Odvolania zo dňa 03.09.2015 proti tvrdému Rozhodnutiu, resp. proti 4-om tvrdým Rozhodnutiam centra zo dňa 14.8.2015“, Žiadosť o pridelenie advokáta (alebo pracovníka centra) pre opravu a pre doplnenie 4-och 11-stranových Žiadostí o pridelenie advokáta pre (event.) opravu a doplnenie Odvolania/ní zo dňa 03.09.2015 a pre vybavovanie rozsiahlej a finančne záťažovej agendy centra, Žiadosť o náhradu trov, Žiadosť o oslobodenie od súdnych poplatkov, Žiadosť o odpustenie zmeškania lehoty, Žiadosť o predĺženie 15 dňovej lehoty na vybavenie 4-och 11-stránkových Žiadostí“. Toto podanie následne odporca doručil súdu. Pretože navrhovateľ v podaní z 13.10.2015 poukazoval tiež na rozhodnutie odporcu sp. zn. 10812/2015- KaBa, ČRZ: 58403/2015 o prerušení konania, súd vyzval odporcu na predloženie tohto rozhodnutia. Z jeho obsahu súd následne zistil, že týmto rozhodnutím odporca prerušil konanie vo veci žiadosti navrhovateľa z 11.9.2015 o poskytnutie právnej pomoci vo veci označenej navrhovateľom ako : „žiadosť o pridelenie advokáta pre (event.) opravu a doplnenie odvolania/ní.“ Vzhľadom na navrhovateľovu „Žiadosť o odpustenie zmeškania lehoty“, ktorá bola súčasťou jeho podania z 13.10.2015 súd vyzval navrhovateľa, aby v lehote 5 dní súdu oznámil, odpustenia zmeškania ktorej lehoty sa domáha. Táto výzva bola navrhovateľovi fyzicky doručená 27.11.2017, navrhovateľ však na ňu nereagoval. Súd preto mal zato, že uvedená žiadosť sa vzťahovala na podanie opravného prostriedku doručeného súdu. Podľa § 14 ods. 2 zákona č. 327/2005 Z.z. o poskytovaní právnej pomoci osobám v materiálnej núdzi a o zmene a doplnení zákona č. 586/2003 Z.z. o advokácii a o zmene a doplnení zákona č. 455/1991 Zb. o živnostenskom podnikaní (živnostenský zákon) v znení neskorších predpisov v znení zákona č. 8/2005 (ďalej len „zákon o poskytovaní právnej pomoci) : Proti rozhodnutiu o odňatí poskytovania právnej pomoci možno v lehote 15 dní od doručenia rozhodnutia podať prostredníctvom centra odvolanie na príslušný krajský súd; o tomto centrum oprávnenú osobu náležite poučí v odôvodnení rozhodnutia. Podľa § 25 ods. 1 zákona o poskytovaní právnej pomoci: Na konanie o nároku na poskytnutie právnej pomoci a o súvisiacich nárokoch podľa tohto zákona sa vzťahuje všeobecný predpis o správnom konaní. Podľa § 24 ods. 2 zákona č. 71/1967 Zb. o správnom konaní (Správny poriadok) v znení platnom v čase doručovania napadnutých rozhodnutí navrhovateľovi: Ak nebol adresát písomnosti, ktorá sa má doručiť do vlastných rúk, zastihnutý, hoci sa v mieste doručenia zdržiava, doručovateľ ho vhodným spôsobom upovedomí, že písomnosť príde znovu doručiť v určený deň a hodinu. Ak nový pokus o doručenie zostane bezvýsledný, doručovateľ uloží písomnosť na pošte a adresáta o tom vhodným spôsobom upovedomí. Ak si adresát nevyzdvihne písomnosť do troch dní od uloženia, posledný deň tejto lehoty sa považuje za deň doručenia, aj keď sa adresát o uložení nedozvedel. Podľa § 250l ods. 2 Občianskeho súdneho poriadku (ďalej len „ O.s.p.“): Pokiaľ v tejto hlave nie je ustanovené inak, použije sa primerane ustanovenie druhej hlavy s výnimkou § 250a. Podľa § 250b ods. 1 O.s.p.: Žaloba sa musí podať do dvoch mesiacov od doručenia rozhodnutia správneho orgánu v poslednom stupni, pokiaľ osobitný zákon neustanovuje inak. Zameškanie lehoty nemožno odpustiť. Podľa ust. § 250p Občianskeho súdneho poriadku (ďalej len „O.s.p.“): Ak je návrh podaný oneskorene alebo ho podá ten, kto naň nie je oprávnený, alebo ak sa napadá rozhodnutie, ktoré preskúmaniu nepodlieha, alebo ak navrhovateľ neodstránil vady, ktorých odstránenie súd nariadil a ktoré bránia vecnému vybaveniu návrhu, súd uznesením opravný prostriedok odmietne. Odvolanie proti uzneseniu je prípustné. Ako to bolo vyššie uvedené, vychádzajúc z obsahu pripojených administratívnych spisov odporcu, po prvých dvoch neúspešných pokusoch o doručenie zásielky obsahujúcej napadnuté rozhodnutia odporcu navrhovateľovi (18.8.2015 a 19.8.2015) bola zásielka uložená na pošte dňa 19.8.2015, ktorý deň pripadol na stredu. Tretí deň (§ 24 ods. 2, tretia veta Správneho poriadku) pripadol na sobotu a preto sa za deň doručenia zásielky (jej uložením) s napadnutými rozhodnutiami považuje pondelok 24.9.2015 (fikcia doručenia). Zákonná 15-dňová lehota na podanie odvolaní začala teda plynúť utorkom 25.8.2015. Jej posledným - 15. dňom bol utorok 8.9.2015. Navrhovateľ podal odvolanie voči napadnutým rozhodnutiam odporcu vo štvrtok 10.9.2015 - teda oneskorene (druhý deň po uplynutí odvolacej lehoty). Súd, konajúc súčasne o návrhu na odpustenie zameškania lehoty konštatuje, že s poukazom na ustanovenie cit. § 250b ods. 1 O.s.p., podľa ktorého zameškanie lehoty na podanie (v danom prípade) návrhu - odvolania voči napadnutým rozhodnutiam odporcu nemožno odpustiť, musel takúto, navrhovateľom podanú žiadosť zamietnuť. Je tomu tak preto, lebo O.s.p. v cit. ustanovení a ani v žiadnom inom ustanovení nepripúšťa z tohto ustanovenia žiadne výnimky. Ako to bolo vyššie skonštatované, navrhovateľ podal návrh, obsahujúci opravný prostriedok voči napadnutým rozhodnutiam odporcu oneskorene, konkrétne druhý deň po uplynutí zákonnej lehoty na ich podanie. Pretože odpustenie zameškania lehoty na podanie návrhu - opravného prostriedkov voči napadnutým rozhodnutia odporcu zákon (O.s.p.) nepripúšťa a pretože návrh - opravný prostriedok navrhovateľa voči napadnutým rozhodnutiam odporcu bol podaný obneskorene, rozhodol súd tak, ako to je uvedené vo výrokovej časti tohto uznesenia O trovách konania súd rozhodol v súlade s analogickým použitím ust. § 146 ods.1, písm. c), O.s.p. Poučenie: Proti tomuto uzneseniu možno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w:t>
      </w:r>
    </w:p>
    <w:p/>
    <w:p>
      <w:r>
        <w:t>Zdroj: KAUZIS.SK – https://www.kauzis.sk/judikatura/r/ECLI:SK:KSBA:2018:1015201558.1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