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5Scud/21/2015 z 12. 11. 2018</w:t>
      </w:r>
    </w:p>
    <w:p>
      <w:r>
        <w:t>Uznesenie Krajského súdu Bratislava z 12. novembra 2018, sp. zn. 5Scud/21/2015, ECLI:SK:KSBA:2018:1015201673.5</w:t>
      </w:r>
    </w:p>
    <w:p>
      <w:r>
        <w:t>Súd: Krajský súd Bratislava</w:t>
      </w:r>
    </w:p>
    <w:p>
      <w:r>
        <w:t>Spisová značka: 5Scud/21/2015</w:t>
      </w:r>
    </w:p>
    <w:p>
      <w:r>
        <w:t>ECLI: ECLI:SK:KSBA:2018:1015201673.5</w:t>
      </w:r>
    </w:p>
    <w:p>
      <w:r>
        <w:t>Dátum vydania: 12.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5Scud/21/2015 Identifikačné číslo súdneho spisu: 1015201673 Dátum vydania rozhodnutia: 13. 11. 2018 Meno a priezvisko sudcu, VSÚ: JUDr. Marta Barková ECLI: ECLI:SK:KSBA:2018:1015201673.5 Uznesenie Krajský súd v Bratislave v právnej veci navrhovateľa: C. L., bytom XXXX E. R. V.., E., V. XXX XX, Z., proti odporkyni: Sociálna poisťovňa - ústredie, Ul. 29. augusta 8, 813 63 Bratislava, o invalidný dôchodok, takto r o z h o d o l : Súd konanie z a s t a v u j e . Žiaden z účastníkov nemá právo na náhradu trov konania. o d ô v o d n e n i e : Navrhovateľ opravným prostriedkom zo dňa 01.05.2015, doručeným odporkyni dňa 18.05.2015, žiadal preskúmať rozhodnutie odporkyne číslo XXX XXX XXXX 0 zo dňa 22.04.2015, ktorým zamietla jeho žiadosť o invalidný dôchodok zo dňa 17.09.2014. Na pojednávaní konanom dňa 13.11.2018 konajúci Krajský súd v Bratislave (ďalej len „krajský súd“) oboznámil navrhovateľa s tým, že jeho zdravotný stav bol posúdený na základe navrhovateľom predložených nových lekárskych nálezov dňa 15.10.2018 a na uvedenom základe mu bol priznaný invalidný dôchodok s mierou poklesu schopnosti vykonávať zárobkovú činnosť v rozsahu 55 %, pričom predmetné rozhodnutie bolo navrhovateľovi doručené poštou. Vzhľadom na túto skutočnosť navrhovateľ na predmetnom pojednávaní uviedol, že berie svoj návrh - opravný prostriedok v celom rozsahu späť. Odporkyňa k späťvzatiu návrhu navrhovateľom námietky nemala. Podľa ustanovenia § 492 ods. 1 zákona č. 162/2015 Z. z. Správneho súdneho poriadku, konania podľa tretej hlavy piatej časti Občianskeho súdneho poriadku začaté predo dňom nadobudnutia účinnosti tohto zákona sa dokončia podľa doterajších predpisov. Z vyššie uvedených dôvodov krajský súd podľa § 250d ods. 3 v spojení s § 250h ods. 2 a § 250l ods. 2 zákona č. 99/1963 Z. z. Občianskeho súdneho poriadku (ďalej len „O.s.p.“) konanie zastavil. Podľa § 246c ods. 1 prvej vety O.s.p. pre riešenie otázok, ktoré nie sú priamo upravené v tejto časti, sa použijú primerane ustanovenia prvej, tretej a štvrtej časti tohto zákona. Podľa § 146 ods. 1 písm. c) O.s.p. žiaden z účastníkov nemá právo na náhradu trov konania podľa jeho výsledku, ak konanie bolo zastavené. Z týchto dôvodov krajský súd rozhodol tak, ako je uvedené vo výrokovej časti tohto rozhodnutia.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https://www.kauzis.sk/judikatura/r/ECLI:SK:KSBA:2018:1015201673.5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