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4Sp/125/2015 z 16. 1. 2018</w:t>
      </w:r>
    </w:p>
    <w:p>
      <w:r>
        <w:t>Rozsudok Krajského súdu Bratislava z 16. januára 2018, sp. zn. 4Sp/125/2015, ECLI:SK:KSBA:2018:1015201856.1</w:t>
      </w:r>
    </w:p>
    <w:p>
      <w:r>
        <w:t>Súd: Krajský súd Bratislava</w:t>
      </w:r>
    </w:p>
    <w:p>
      <w:r>
        <w:t>Spisová značka: 4Sp/125/2015</w:t>
      </w:r>
    </w:p>
    <w:p>
      <w:r>
        <w:t>ECLI: ECLI:SK:KSBA:2018:1015201856.1</w:t>
      </w:r>
    </w:p>
    <w:p>
      <w:r>
        <w:t>Dátum vydania: 16. 1. 2018</w:t>
      </w:r>
    </w:p>
    <w:p>
      <w:r>
        <w:t>Forma: Rozsudok</w:t>
      </w:r>
    </w:p>
    <w:p>
      <w:r>
        <w:t>Oblasť práva: Správne právo</w:t>
      </w:r>
    </w:p>
    <w:p>
      <w:pPr>
        <w:pStyle w:val="Heading2"/>
      </w:pPr>
      <w:r>
        <w:t>Text rozhodnutia</w:t>
      </w:r>
    </w:p>
    <w:p>
      <w:r>
        <w:t>Súd: Krajský súd Bratislava Spisová značka: 4Sp/125/2015 Identifikačné číslo súdneho spisu: 1015201856 Dátum vydania rozhodnutia: 17. 01. 2018 Meno a priezvisko sudcu, VSÚ: JUDr. Ľubomír Šramko ECLI: ECLI:SK:KSBA:2018:1015201856.1 ROZSUDOK V MENE SLOVENSKEJ REPUBLIKY Krajský súd v Bratislave v konaní pred sudcom JUDr. Ľubomírom Šramkom v právnej veci navrhovateľa: T. T., bytom S. XXXX/XX, X., zastúpený Mgr. Milanom Trylčom, PhD., advokátom so sídlom J. Kráľa 738/12, Senica, proti odporkyni: Sociálna poisťovňa - ústredie, so sídlom Ul. 29. augusta 8-10, Bratislava o opravnom prostriedku navrhovateľa zo dňa 13.8.2015 proti rozhodnutiu odporkyne č. 30890-9/2015- BA zo dňa 6.7.2015 takto r o z h o d o l : Krajský súd v Bratislave napadnuté rozhodnutie odporkyne č. 30890-9/2015-BA zo dňa 6.7.2015 z r u š u j e podľa § 250j ods. 2 písm. c/ Občianskeho súdneho poriadku a vec v r a c i a odporkyni na ďalšie konanie. Navrhovateľovi n e p r i z n á v a náhradu trov tohto konania. o d ô v o d n e n i e : Napadnutým rozhodnutím č. 30890-9/2015-BA zo dňa 6.7.2015 (ďalej aj len „napadnuté rozhodnutie“) odporkyňa rozhodla v zmysle § 88 a § 89 zákona č. 461/2003 Z. z. o sociálnom poistení v znení neskorších predpisov (ďalej len "zákon o sociálnom poistení"), po zvýšení priznanej sumy úrazovej renty o 1,32% v súlade s opatrením Ministerstva práce, sociálnych vecí a rodiny Slovenskej republiky č. 295/2014 Z. z., o tom, že navrhovateľ má nárok na úrazovú rentu od 30. marca 2015 do 31. marca 2015 v sume 73,10 € a od 1. apríla 2015 v sume 1.132,50€ mesačne. Na túto sumu bude mať navrhovateľ nárok do zmeny podmienok rozhodujúcich pre priznanie nároku na úrazovú rentu, na jej výplatu alebo na určenie jej sumy podľa zákona o sociálnom poistení, najneskôr však do dňa dovŕšenia dôchodkového veku alebo do dňa priznania predčasného starobného dôchodku. Z odôvodnenia napadnutého rozhodnutia vyplýva, že navrhovateľovi bola choroba z povolania - choroba z vibrácií, obojstranný syndróm karpálneho tunela, vpravo stredne ťažkého stupňa a vľavo ľahkého stupňa, prvotne zistená 28.5.2013 s dátumom priznania dňa 1.8.2014 a určením miery poklesu pracovnej schopnosti navrhovateľa na účely úrazovej renty v rozsahu 75 % od 30.3.2015. Dátum vzniku nároku navrhovateľa na úrazovú rentu odporkyňa odôvodnila tak, že nakoľko navrhovateľ aj po zistení choroby z povolania naďalej pracoval s nástrojom, ktorý bol príčinou jeho choroby z vibrácií, počas tohto času až do dňa kedy sa stal dočasne pracovne neschopným (od 31.3.2014 do 29.3.2015) zjavne nevykazoval pokles pracovnej schopnosti. Z odôvodnenia napadnutého rozhodnutia tiež vyplýva, že navrhovateľovi nebol priznaný nárok na výplatu úrazovej renty v období dočasnej pracovnej neschopnosti súvisiacej s chorobou z povolania od 28.05.2013 do 7.6.2013 a od 31.3.2014 do 29.3.2015. Proti tomuto rozhodnutiu podal navrhovateľ v zákonom stanovenej lehote opravný prostriedok z 13.8.2015, v ktorom vyjadruje nesúhlas s určením dátumu vzniku nároku na úrazovú rentu od 30.3.2015. Tento nesúhlas odôvodnil tým, že prácu v ohrození vibráciami vykonával do októbra 2013, poukazujúc na Hygienický prieskum pracoviska navrhovateľa uskutočneného Regionálnym úradom verejného zdravotníctva Bratislava z 24.2.2015. Skonštatoval, že pre posudkového lekára odporkyne je pri určovaní miery poklesu pracovnej schopnosti záväzný dátum zistenia choroby z povolania a nie dátum skončenia dočasnej pracovnej neschopnosti. Navrhovateľ v odvolaní ďalej uviedol, že odporkyňa bez zdôvodnenia vylúčila z obdobia nároku na výplatu úrazovej renty aj obdobie medzi 7.6.2013 a 31.3.2014, kedy navrhovateľ nebol dočasne práceneschopný a nevznikol mu nárok na úrazový príplatok. Na základe uvedeného požiadal navrhovateľ v podanom opravnom prostriedku o priznanie nároku na úrazovú rentu a na jej výplatu odo dňa 28.5.2013, s nepriznaním nároku na jej výplatu za obdobia kedy mal nárok na úrazový príplatok. Zároveň požiadal odporkyňu o priznanie doplatku úrazovej renty za obdobie od 7.6.2013 do 31.3.2014. Pre prípad, že odporkyňa podanému opravnému prostriedku nevyhovie, požiadal navrhovateľ súd o zrušenie napadnutého rozhodnutia, vrátenie veci odporkyni na ďalšie konanie a priznanie trov konania navrhovateľovi. Podaním doručeným odporkyni dňa 9.10.2015, reagujúc na jej výzvu, navrhovateľ predložil odporkyni doklady týkajúce sa pracovnej činnosti navrhovateľa u zamestnávateľa. Z ich obsahu („Organizačné priradenie Prehľad“) je zrejmé, že navrhovateľ bol od 1.5. do 30.6.2013 pracovne zaradený na prácu: „Kontrola, utieranie karosérie, striekanie opravným plničom, Ľ.S“. Od 1.7. do 2.10.3013 na výkon práce: „Kontrola, utieranie karosérie, striekanie opravným plničom, P.S“. Od 3.10.2013 do 10.12.2014 na výkon práce : „Vysávanie dvier a prahov“. Od 11.12.2014 do 31.1.2015 na výkon práce: „Brúsenie PK/ZK + batožin...“. Od 1.2.2015 do 8.2.2015 na výkon práce: „Profiraum LACK“ a od 9.2.do 12.4.2015 na výkon práce: Brúsenie strecha - ĽS“. Od 13.4.2015 nie je uvedené žiadne jeho pracovné zaradenie. Navrhovateľ bol práceneschopným od 20.5. do 7.6.2013 a následne od 31.3.2014 do 29.3.2015. Následne odporkyňa požiadala posudkového lekára Sociálnej poisťovne, pobočka Bratislava o prehodnotenie správnosti lekárskej správy z 18.6.2015. Uvedený posudkový lekár zotrval na pôvodnom závere obsiahnutom v lekárskej správe z 18.6.2015. Výzvou z 28.8.2015 odporkyňa vyzvala navrhovateľa na predloženie Hygienického prieskumu pracoviska Regionálnym úradom verejného zdravotníctva Bratislava z 24.2.2015, na ktoré navrhovateľ poukazuje v podanom odvolaní. Súd zistil, že predmetný prieskum sa v administratívnom spise odporkyne ani v súdnom spise nenachádza. Odporkyňa vo svojom vyjadrení k opravnému prostriedku z 18.1.2016 navrhla napadnuté rozhodnutie v celom rozsahu potvrdiť ako zákonné a vecne správne. Poukázala na to, že o žiadosti navrhovateľa doručenej jej dňa 17.12.2014 rozhodla na základe listinných dôkazov predložených k žiadosti i dodatočne. Jedným z podkladov jej rozhodnutia bola lekárska správa z 18.6.2015, ktorej závery boli opätovne potvrdené posudkovým lekárom pobočky dňa 27.11.2015 a posudkovou lekárkou odporkyne dňa 14.1.2016. K námietke navrhovateľa v súvislosti s nesprávne určeným dátumu vzniku nároku na úrazovú rentu odporkyňa uviedla, že navrhovateľ hodnoverne a jednoznačne nepreukázal, že v danom období nepracoval s nástrojom, ktorý bol príčinou jeho choroby z povolania. Neurobil tak dokonca ani po tom ako ho odporkyňa vyzvala na predloženie Hygienického prieskumu pracoviska navrhovateľa Regionálnym úradom verejného zdravotníctva Bratislava z 24.2.2015, na ktoré sa odvolával v podanom odvolaní. K námietke navrhovateľa, že odporkyňa nezdôvodnila vylúčenie obdobia medzi 7.6.2013 a 31.3.2014 z obdobia kedy mal nárok na dávku odporkyňa uviedla, že navrhovateľ ani v tomto prípade dodatočne nepreukázal, že v uvedenom období nepracoval s nástrojom, ktorý bol príčinou jeho choroby z povolania. Navrhovateľovi vznikol nárok na úrazovú rentu až od 30.3.2015, preto podľa názoru odporkyne nemohlo dôjsť k vylúčeniu uvedeného obdobia z nároku na úrazovú rentu, keďže ho navrhovateľ v danom období nemal. Vo vyjadrení poukázala odporkyňa tiež na možnosť navrhovateľa spätne požiadať o úrazový príplatok v trojročnej premlčacej lehote. Krajský súd v Bratislave (ďalej len súd) prejednal a rozhodol vec podľa zákona č. 99/1963 Zb. Občiansky súdny poriadok v platnom znení (ďalej iba „O.s.p.“) ako miestne a vecne príslušný súd (§ 246a ods. 2 O.s.p.). Súd po preskúmaní napadnutého rozhodnutia i konania, ktoré jeho vydaniu predchádzalo dospel k záveru, že opravný prostriedok bol podaný dôvodne a preto je potrebné za použitia ustanovenia § 250j ods. 2 písm. c) O.s.p. napadnuté rozhodnutie odporkyne zrušiť a vec jej vrátiť na ďalšie konanie. V prejednávanej veci zástupca navrhovateľa na pojednávaní uviedol, že sa v celom rozsahu pridržiava písomného návrhu z 13.8.2015 a z dôvodov v ňom uvedených navrhol súdu napadnuté rozhodnutie odporkyne zrušiť. Opätovne zdôraznil, že pre posúdenie nároku navrhovateľa je rozhodný dátum priznania existencie choroby z povolania, t. j. 28.5.2013 a pre priznanie úrazovej renty je rozhodný okamih trvania choroby z povolania. Podľa navrhovateľa nie je rozhodujúca skutočnosť, že navrhovateľ vykonával prácu, ktorej dôsledkom bola choroba z povolania, aj po jej zistení. Uviedol, že v danom období ešte o existencii choroby z povolania nevedel, táto však už objektívne existovala, ale bola zistená až spätne. V súvislosti s uvedeným poukázal na lekársku správu MUDr. Purdekovej a konštatovanie Regionálneho úradu verejného zdravotníctva z r. 2013. Odporkyňa sa tak isto pridržala v celom rozsahu svojho vyjadrenia k návrhu zo dňa 18.1.2016 a navrhla napadnuté rozhodnutie potvrdiť, pretože podľa nej navrhovateľom neboli prednesené žiadne nové skutočnosti a navrhovateľ jej nedoručil Hygienický prieskum Regionálneho úradu verejného zdravotníctva i napriek tomu, že ho na to písomne vyzvala. Na uvedené zástupca navrhovateľa reagoval tak, že predmetný prieskum by mal byť súčasťou administratívneho spisu. Oboznámením sa s obsahom súdneho ako aj administratívneho spisu odporkyne súd o. i. zistil, že navrhovateľovi bola dňa 28.5.2013 prvotne zistená choroba z povolania (choroba z vibrácií, obojstranný syndróm karpálneho tunela, vpravo stredne ťažkého stupňa a vľavo ľahkého stupňa), s dátumom priznania 1.8.2014. Navrhovateľ dňa 17.12.2014 požiadal v súvislosti s uvedenou chorobou z povolania o priznanie úrazovej renty podľa § 88 zákona o sociálnom poistení. Dňa 7.5.2015 bola vyhotovená pobočkou odporkyne lekárska správa, podľa obsahu ktorej žalobca o. i. uviedol, že v roku 2013 bol na vlastnú žiadosť preradený, ale pracoval opäť s brúskou, ale trochu menej a to do práceneschopnosti (poznámka súdu: ako to vyplýva z obsahu spis do 20.5.2013). Miera poklesu pracovnej schopnosti (ďalej len „MPPS“) bola stanovená vo výške 75% s dátumom vzniku od 28.5.2013. Následnou lekárskou správou z 18.6.2015 bola stanovená rovnaká MPPS, avšak s dátumom vzniku 30.3.2015. Následnou lekárskou správou z 27.11.2015 bola stanovená rovnaká MPPS, avšak s dátumom vzniku 30.3.2013. Lekárskou správou zo 14.1.2016 bola stanovená rovnaká MPPS s dátumom vzniku od 30.3.2015. S obsahom lekárskej správy zo 14.1.2016 navrhovateľ vyjadril nesúhlas, ktorý však žiadnym spôsobom neodôvodnil. Zároveň odporkyňa ústne navrhovateľa poučila, že za obdobie kedy poberal dávky nemocenského poistenia mu môže byť priznaný úrazový príplatok. Podľa § 88 ods. 1 zákona o sociálnom poistení: Poškodený má nárok na úrazovú rentu, ak v dôsledku pracovného úrazu alebo choroby z povolania má viac ako 40-percentný pokles schopnosti vykonávať doterajšiu činnosť zamestnanca alebo činnosť osoby uvedenej v § 17 ods. 2 a nedovŕšil dôchodkový vek alebo mu nebol priznaný predčasný starobný dôchodok. Podľa § 88 ods. 2 zákona o sociálnom poistení: Poškodený nemá nárok na výplatu úrazovej renty v období, počas ktorého má nárok na úrazový príplatok, a v období, počas ktorého má nárok na rehabilitačné alebo rekvalifikačné. Poškodený nemá nárok na výplatu úrazovej renty ani v období, počas ktorého sa mu neposkytuje rehabilitačné alebo rekvalifikačné z dôvodu jeho neúčasti na pracovnej rehabilitácii alebo rekvalifikácii bez vážneho dôvodu uznaného Sociálnou poisťovňou alebo v ktorom maril priebeh pracovnej rehabilitácie alebo rekvalifikácie. Podľa § 153 ods. 4 písm. a) zákona o sociálnom poistení: Lekárska posudková činnosť úrazového poistenia zahŕňa a) posudzovanie poklesu pracovnej schopnosti, b) posudzovanie zdravotnej spôsobilosti poškodeného absolvovať pracovnú rehabilitáciu alebo rekvalifikáciu na účely opätovného zaradenia do pracovného procesu, c) kontrolu bodového ohodnotenia pracovného úrazu a choroby z povolania na účely náhrady za bolesť a náhrady za sťaženie spoločenského uplatnenia v sporných prípadoch, d) posudzovanie účelnosti vynaložených nákladov spojených s liečením, za ktoré sa považujú náklady na liečivá a lieky, zdravotnícke pomôcky, dietetické potraviny a doprava poškodeného spojená s liečením. Podľa § 195 ods. 1 zákona o sociálnom poistení: Organizačná zložka Sociálnej poisťovne pred vydaním rozhodnutia postupuje tak, aby presne a úplne zistila skutočný stav veci, a na ten účel obstará potrebné podklady na rozhodnutie. Podľa § 195 ods. 2 zákona o sociálnom poistení: Podkladom na rozhodnutie sú najmä podania, návrhy a vyjadrenia účastníkov konania, dôkazy, čestné vyhlásenia, ako aj skutočnosti všeobecne známe alebo známe organizačnej zložke Sociálnej poisťovne z jej činnosti. Podľa § 196 ods. 1 zákona o sociálnom poistení: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492 ods. 1 zákona č. 162/2015 Z. z. Správneho súdneho poriadku: Konania podľa tretej hlavy piatej časti Občianskeho súdneho poriadku začaté predo dňom nadobudnutia účinnosti tohto zákona sa dokončia podľa doterajších predpisov. Podľa § 250l O.s.p.: Podľa ustanovení tejto hlavy sa postupuje v prípadoch, v ktorých zákon zveruje súdom rozhodovanie o opravných prostriedkoch proti neprávoplatným rozhodnutiam správnych orgánov (ods. 1). Pokiaľ v tejto hlave nie je ustanovené inak, použije sa primerane ustanovenie druhej hlavy s výnimkou § 250a &lt;https://www.slov-lex.sk/pravne-predpisy/SK/ZZ/1963/99/20160614&gt; (ods. 2). Podľa § 250j ods. 2 písm. c) O.s.p.: Súd zruší napadnuté rozhodnutie správneho orgánu a vráti vec žalovanému správnemu orgánu na ďalšie konanie, ak po preskúmaní rozhodnutia a postupu správneho orgánu v medziach žaloby dospel k záveru, že zistenie skutkového stavu je nedostačujúce na posúdenie veci. Súd preskúmal napadnuté rozhodnutie odporkyne v intenciách podaného opravného prostriedku, prihliadajúc pritom aj na skutočnosti, zistené po vydaní napadnutého rozhodnutia. Ako to vyplýva z odôvodnenia napadnutého rozhodnutia, dôvodom, pre ktorý stanovila odporkyňa nárok na úrazovú rentu (od 30.3.2015) bolo to, že navrhovateľ vykonával prácu s brúskou (ktorá bola príčinou jej vzniku) aj po jej zistení (28.5.2013), pričom túto prácu vykonával aj po jeho preradení na vlastnú žiadosť v roku 2013, teda že evidentne nevykazoval pokles svojej pracovnej schopnosti. Súd poznamenáva, že odporkyňa pri tomto konštatovaní vychádzala zjavne z ústneho prednesu navrhovateľa, prednesenom už v priebehu spísania zápisnice z prvej lekárskej správy (7.5.2015). Ako to však vyplýva z dokladov, predložených navrhovateľom listom z 8.10.2015 (teda po vydaní napadnutého rozhodnutia), prihliadajúc na pracovné neschopnosti navrhovateľa, navrhovateľ pracoval nasledovne: - od 1.5.2013 bol zaradený na prácu „Kontrola, utieranie karosérie, striekanie opravným plničom, Ľ.S“, - od 20.5. do 7.6.2013 bol práceneschopným, - od 8.6. do 30.6.2013 bol pracovne zaradený na prácu „Kontrola, utieranie karosérie, striekanie opravným plničom, Ľ.S“, - od 1.7.2013 do 30.3.2014 bol zaradený na výkon práce, predmetom ktorého nebola práca s brúskou, - od 31.3.2014 do 29.3.2015 bol práceneschopným. Ako to vyplýva z uvedeného, podľa dokladov navrhovateľom predložených po vydaní napadnutého rozhodnutia (listom z 8.10.2015), navrhovateľ po 28.5.2013 (ku ktorému dňu bola choroba z povolaniu u navrhovateľa zistená) už s brúskou ako zdrojom choroby z povolania nepracoval. Z týchto, navrhovateľom dodatočne predložených dokladov vyplýva, že tvrdenia odporkyne, obsiahnuté v odôvodnení napadnutého rozhodnutia sa javia v tejto jeho časti s najväčšou pravdepodobnosťou ako nedôvodné. Súd však opakovane poukazuje na skutočnosť, že odporkyňa vychádzala z výpovedí navrhovateľa, ktoré sú v zhodnom znení uvedené v lekárskych správach - v časti „zápisnica“. Súd vyslovuje presvedčenie, že ak by sám navrhovateľ v konaní, ktoré predchádzalo vydaniu napadnutého rozhodnutia odporkyni dokladoval písomné dôkazy jeho zamestnávateľa o jeho pracovných zaradeniach, resp. by k svojmu pracovnému zaradeniu vyjadroval presnejšie, odporkyňa by zrejme dospela k iným záverom, ako sú tie, uvedené v odôvodnení rozhodnutia, konkrétne v časti, ktorá mapovala výkon jeho práce po zistení jeho choroby z povolania. Podľa názoru súdu mala odporkyňa i napriek vyššie uvedenému ešte pred vydaním napadnutého rozhodnutia vyzvať navrhovateľa, aby jej vydokladoval priebeh jeho pracovného zaradenia v období pred 28.5.2013, ako aj v období nasledujúcom. Ako to je zrejmé z obsahu v spise odporkyne založených lekárskych správ, rôznia sa v nich dátumy vzniku miery poklesu pracovnej schopnosti (75%), keď v lekárskej správe zo 7.5.2015 je za takýto deň určený dátum 28.5.2013, v lekárskej správe z 18.6.2015 deň 30.3.2015, v lekárskej správe z 27.11.2015 deň 30.3.2013 (pôvodný dátum „30.3.2015“ oficiálne odporkyňou opravený na „30.3.2013“) a v lekárskej správe zo 14.1.2016 deň 30.3.2015. Podľa názoru súdu, pokiaľ boli lekárske správy vypracované podľa totožných údajov (osobných, zdravotných a ďalších), mal by byť dátum vzniku poklesu pracovnej schopnosti logicky totožným, pokiaľ pre zmenu tohto dátumu niet závažných dôvodov. V opačnom prípade môžu vzniknúť pochybnosti o správnosti takého, či onakého určenia dátumu. Pozornosti súdu neušlo, že v spise odporkyne sa nachádza ako interný doklad konštatovanie z 24.6.2015, podľa ktorého navrhovateľ už počas prvej práceneschopnosti (20.5. - 7.6.2013) spĺňal predpoklady nároku na úrazový príplatok o ktorý však nepožiadal (podobne ako pri práceneschopnosti trvajúcej od 21.3.2014 do 29.3.2015). Podmienky vzniku nároku na úrazovú rentu sú stanovené v ust. § 88 ods. 1 zákona o sociálnom poistení. Jej zrejmým účelom je zmierniť pokles zárobku osoby, ku ktorému došlo v dôsledku pracovného úrazu alebo v dôsledku choroby z povolania. V ďalšom konaní bude podľa názoru súdu úlohou odporkyne a nepochybne aj navrhovateľa, aby v rámci dôkazných prostriedkov vymedzených zákonom o sociálnom poistení jednoznačne ustálila dátum vzniku poklesu pracovnej schopnosti navrhovateľa a po posúdení všetkých relevantných skutočností opätovne vo veci rozhodla vydaním rozhodnutia, ktoré zákonným spôsobom aj odôvodní. Predpokladom takého postupu je však účinná súčinnosť samotného navrhovateľa, ktorého povinnosťou je preukázať odporkyni svoje tvrdenia. Súd úspešnému navrhovateľovi pri ústnom vyhlásení priznal náhradu trov konania, ktoré si uplatnil prostredníctvom jeho zástupcu v podanom opravnom prostriedku a to vo výške, ako budú vyčíslené v písomnom vyhotovení rozsudku. Avšak z dôvodu, že právny zástupca navrhovateľa trovy konania nevyčíslil v lehote troch pracovných dní od vyhlásenia tohto rozsudku (§ 151 ods. 1 O.s.p.), ba ani do dátumu vypracovania písomného vyhotovenia tohto rozsudku, súd náhradu nevyčíslených trov konania nepriznal (§ 151 ods. 2 O.s.p.). Záverom súd poznamenáva, že odporkyňa i keď bola v konaní neúspešná, je zo zákona oslobodená od platenia súdneho poplatku za toto konanie (§ 4 ods. 2, písm. a/ zák. č. 71/1992 Zb.) a preto ju súd nezaviazal k povinnosti zaplatiť súdny poplatok. Poučenie: Proti tomuto rozsudku odvolanie nie je prípustné (§ 250s O.s.p.).</w:t>
      </w:r>
    </w:p>
    <w:p/>
    <w:p>
      <w:r>
        <w:t>Zdroj: KAUZIS.SK – https://www.kauzis.sk/judikatura/r/ECLI:SK:KSBA:2018:1015201856.1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