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10Scud/24/2015 z 11. 10. 2018</w:t>
      </w:r>
    </w:p>
    <w:p>
      <w:r>
        <w:t>Uznesenie Krajského súdu Bratislava z 11. októbra 2018, sp. zn. 10Scud/24/2015, ECLI:SK:KSBA:2018:1015201900.1</w:t>
      </w:r>
    </w:p>
    <w:p>
      <w:r>
        <w:t>Súd: Krajský súd Bratislava</w:t>
      </w:r>
    </w:p>
    <w:p>
      <w:r>
        <w:t>Spisová značka: 10Scud/24/2015</w:t>
      </w:r>
    </w:p>
    <w:p>
      <w:r>
        <w:t>ECLI: ECLI:SK:KSBA:2018:1015201900.1</w:t>
      </w:r>
    </w:p>
    <w:p>
      <w:r>
        <w:t>Dátum vydania: 11.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10Scud/24/2015 Identifikačné číslo súdneho spisu: 1015201900 Dátum vydania rozhodnutia: 12. 10. 2018 Meno a priezvisko sudcu, VSÚ: JUDr. Beata Jurgošová ECLI: ECLI:SK:KSBA:2018:1015201900.1 Uznesenie Krajský súd v Bratislave v právnej veci navrhovateľa: F. Q., H. M. XE, XXX XX T. G., Č. M. proti odporkyni: Sociálna poisťovňa ústredie, Ul. 29. augusta č. 8, Bratislava, o výšku starobného dôchodku, takto r o z h o d o l : Súd konanie zastavuje. Žiaden z účastníkov nemá právo na náhradu trov konania. o d ô v o d n e n i e : Navrhovateľ svojím návrhom zo dňa 1.10.2015 žiadal preskúmať rozhodnutie odporkyne číslo XXX XXX XXXX X zo dňa 12.8.2015, ktorým odporkyňa podľa § 65 ods. 1, § 82 a § 274 zákona č. 461/2003 Z.z. o sociálnom poistení v znení neskorších predpisov a podľa čl. 52 ods. 1 písm. b) nariadenia (ES) Európskeho parlamentu a Rady č. 883/2004 o koordinácii systémov sociálneho zabezpečenia, navrhovateľovi od 29. januára 2015 priznala starobný dôchodok v sume 448,00 eur mesačne. Písomným prehlásením zo dňa 27.8.2018 navrhovateľ vzal späť návrh v celom rozsahu.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https://www.kauzis.sk/judikatura/r/ECLI:SK:KSBA:2018:1015201900.1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