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5S/327/2015 z 26. 11. 2018</w:t>
      </w:r>
    </w:p>
    <w:p>
      <w:r>
        <w:t>Uznesenie Krajského súdu Bratislava z 26. novembra 2018, sp. zn. 5S/327/2015, ECLI:SK:KSBA:2018:1015202151.1</w:t>
      </w:r>
    </w:p>
    <w:p>
      <w:r>
        <w:t>Súd: Krajský súd Bratislava</w:t>
      </w:r>
    </w:p>
    <w:p>
      <w:r>
        <w:t>Spisová značka: 5S/327/2015</w:t>
      </w:r>
    </w:p>
    <w:p>
      <w:r>
        <w:t>ECLI: ECLI:SK:KSBA:2018:1015202151.1</w:t>
      </w:r>
    </w:p>
    <w:p>
      <w:r>
        <w:t>Dátum vydania: 26.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5S/327/2015 Identifikačné číslo súdneho spisu: 1015202151 Dátum vydania rozhodnutia: 27. 11. 2018 Meno a priezvisko sudcu, VSÚ: JUDr. Eva Fulcová ECLI: ECLI:SK:KSBA:2018:1015202151.1 Uznesenie Krajský súd v Bratislave v právnej veci žalobcu: Q.. Q. O., nar. XX.XX.XXXX, S. XXX, XXX XX S., zastúpený: JUDr. Peter Vačok, advokát, Vazovova 9/A, 811 07 Bratislava, proti žalovanému: Ministerstvo vnútra Slovenskej republiky, Pribinova 2, 812 72 Bratislava, o preskúmanie zákonnosti rozhodnutia žalovaného č. KM-OLVS-85/2015/OPK zo dňa 28.10.2015, o zastavení konania, takto r o z h o d o l : I. Súd konanie z a s t a v u j e. II. Žiaden z účastníkov nemá právo na náhradu trov konania. o d ô v o d n e n i e : 1. Žalobou zo dňa 23.12.2015, doručenou tunajšiemu správnemu súdu dňa 23.12.2015, žalobca žiadal o preskúmanie zákonnosti rozhodnutia žalovaného č. KM-OLVS-85/2015/OPK zo dňa 28.10.2015, ktorým zamietol rozklad žalobcu a napadnutý personálny rozkaz ministra vnútra Slovenskej republiky č. 165 zo dňa 15.07.2015 potvrdil. Prvostupňovým rozhodnutím žalovaný rozhodol o prepustení žalobcu zo služobného pomeru podľa § 192 ods. 1 písm. e) zákona č. 73/1998 Z. z. o štátnej službe príslušníkov Policajného zboru, Slovenskej informačnej služby, Zboru väzenskej a justičnej stráže Slovenskej republiky a Železničnej polície v účinnom znení. Žalobca žiadal, aby súd napadnuté rozhodnutie žalovaného spolu s personálnym rozkazom ministra vnútra Slovenskej republiky č. 165 zo dňa 15.07.2015 zrušil a vec vrátil žalovanému na ďalšie konanie. 2. V podaní doručenom správnemu súdu dňa 20.11.2018 žalobca oznámil, že berie správnu žalobu späť v celom rozsahu a žiadal, aby súd konanie zastavil. 3.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Podľa § 149 ods. 2 SSP, písomné vyhotovenie uznesenia, ktorým sa nerozhodlo vo veci samej, môže obsahovať iba stručné odôvodnenie. 6. Nakoľko žalobca vzal žalobu späť pred rozhodnutím veci a súhlas žalovaného so späťvzatím zákon nevyžaduje, správny súd v súlade s ust. § 99 písm. a) SSP konanie zastavil. 7. O náhrade trov konania správny súd rozhodol podľa § 170 písm. b) SSP tak, že žiaden z účastníkov nemá právo na náhradu trov konania, nakoľko konanie bolo zastavené a nebol zistený žiaden dôvod pre aplikáciu ust. § 171 ods. 1 SSP. 8.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https://www.kauzis.sk/judikatura/r/ECLI:SK:KSBA:2018:1015202151.1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